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CE2D9" w14:textId="77777777" w:rsidR="00A61431" w:rsidRDefault="00000000">
      <w:pPr>
        <w:pStyle w:val="Tytu"/>
        <w:jc w:val="center"/>
      </w:pPr>
      <w:r>
        <w:t>ZAŁĄCZNIK NR 1 – FORMULARZ ZGŁOSZENIOWY PARTNERA</w:t>
      </w:r>
    </w:p>
    <w:p w14:paraId="59C775F9" w14:textId="77777777" w:rsidR="00A61431" w:rsidRDefault="00000000">
      <w:pPr>
        <w:jc w:val="center"/>
      </w:pPr>
      <w:r>
        <w:rPr>
          <w:b/>
        </w:rPr>
        <w:t>Program Fundusze Europejskie dla Wielkopolski 2021–2027</w:t>
      </w:r>
      <w:r>
        <w:rPr>
          <w:b/>
        </w:rPr>
        <w:br/>
        <w:t>Działanie 06.13 „Usługi społeczne i zdrowotne”</w:t>
      </w:r>
      <w:r>
        <w:rPr>
          <w:b/>
        </w:rPr>
        <w:br/>
        <w:t>Nabór FEWP.06.13-IZ.00-003/26</w:t>
      </w:r>
    </w:p>
    <w:p w14:paraId="5405B4D0" w14:textId="77777777" w:rsidR="00A61431" w:rsidRDefault="00000000">
      <w:r>
        <w:t>Niniejszy formularz służy ocenie kandydata zgodnie z ogłoszeniem. Prosimy o podawanie informacji konkretnych, możliwych do zweryfikowania oraz odnoszących się do planowanego projektu.</w:t>
      </w:r>
    </w:p>
    <w:p w14:paraId="79F663DB" w14:textId="77777777" w:rsidR="00A61431" w:rsidRDefault="00000000">
      <w:pPr>
        <w:pStyle w:val="Nagwek1"/>
      </w:pPr>
      <w:r>
        <w:t>I. Dane identyfikacyjne podmiotu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669"/>
      </w:tblGrid>
      <w:tr w:rsidR="00A61431" w14:paraId="7A2B93AE" w14:textId="77777777">
        <w:trPr>
          <w:cantSplit/>
          <w:tblHeader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61AFA8" w14:textId="77777777" w:rsidR="00A61431" w:rsidRDefault="00000000">
            <w:r>
              <w:rPr>
                <w:sz w:val="18"/>
              </w:rPr>
              <w:t>Nazwa podmiotu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9CBDD6" w14:textId="77777777" w:rsidR="00A61431" w:rsidRDefault="00A61431"/>
        </w:tc>
      </w:tr>
      <w:tr w:rsidR="00A61431" w14:paraId="105C87E6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CD6B5A" w14:textId="77777777" w:rsidR="00A61431" w:rsidRDefault="00000000">
            <w:r>
              <w:rPr>
                <w:sz w:val="18"/>
              </w:rPr>
              <w:t>Forma prawna / status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9C4054" w14:textId="77777777" w:rsidR="00A61431" w:rsidRDefault="00A61431"/>
        </w:tc>
      </w:tr>
      <w:tr w:rsidR="00A61431" w14:paraId="3BCB97E2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D62A91" w14:textId="77777777" w:rsidR="00A61431" w:rsidRDefault="00000000">
            <w:r>
              <w:rPr>
                <w:sz w:val="18"/>
              </w:rPr>
              <w:t>Adres siedziby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2BD65D" w14:textId="77777777" w:rsidR="00A61431" w:rsidRDefault="00A61431"/>
        </w:tc>
      </w:tr>
      <w:tr w:rsidR="00A61431" w14:paraId="17ABDDBA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C8E9ABD" w14:textId="77777777" w:rsidR="00A61431" w:rsidRDefault="00000000">
            <w:r>
              <w:rPr>
                <w:sz w:val="18"/>
              </w:rPr>
              <w:t>NIP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D2EBC6" w14:textId="77777777" w:rsidR="00A61431" w:rsidRDefault="00A61431"/>
        </w:tc>
      </w:tr>
      <w:tr w:rsidR="00A61431" w14:paraId="2B9C2864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65F765" w14:textId="77777777" w:rsidR="00A61431" w:rsidRDefault="00000000">
            <w:r>
              <w:rPr>
                <w:sz w:val="18"/>
              </w:rPr>
              <w:t>REGON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D0BAD3" w14:textId="77777777" w:rsidR="00A61431" w:rsidRDefault="00A61431"/>
        </w:tc>
      </w:tr>
      <w:tr w:rsidR="00A61431" w14:paraId="4A36E0F7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C641D9" w14:textId="77777777" w:rsidR="00A61431" w:rsidRDefault="00000000">
            <w:r>
              <w:rPr>
                <w:sz w:val="18"/>
              </w:rPr>
              <w:t>KRS / inny właściwy rejestr (jeżeli dotyczy)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D8DA2D" w14:textId="77777777" w:rsidR="00A61431" w:rsidRDefault="00A61431"/>
        </w:tc>
      </w:tr>
      <w:tr w:rsidR="00A61431" w14:paraId="55AA5611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6613DDF" w14:textId="77777777" w:rsidR="00A61431" w:rsidRDefault="00000000">
            <w:r>
              <w:rPr>
                <w:sz w:val="18"/>
              </w:rPr>
              <w:t>Strona internetowa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8F5B31" w14:textId="77777777" w:rsidR="00A61431" w:rsidRDefault="00A61431"/>
        </w:tc>
      </w:tr>
      <w:tr w:rsidR="00A61431" w14:paraId="2B6E38CC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B4C044" w14:textId="77777777" w:rsidR="00A61431" w:rsidRDefault="00000000">
            <w:r>
              <w:rPr>
                <w:sz w:val="18"/>
              </w:rPr>
              <w:t>Telefon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40AE5E" w14:textId="77777777" w:rsidR="00A61431" w:rsidRDefault="00A61431"/>
        </w:tc>
      </w:tr>
      <w:tr w:rsidR="00A61431" w14:paraId="5112AAC2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85C333" w14:textId="77777777" w:rsidR="00A61431" w:rsidRDefault="00000000">
            <w:r>
              <w:rPr>
                <w:sz w:val="18"/>
              </w:rPr>
              <w:t>E-mail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9E543E" w14:textId="77777777" w:rsidR="00A61431" w:rsidRDefault="00A61431"/>
        </w:tc>
      </w:tr>
      <w:tr w:rsidR="00A61431" w14:paraId="094433E9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2DC551" w14:textId="77777777" w:rsidR="00A61431" w:rsidRDefault="00000000">
            <w:r>
              <w:rPr>
                <w:sz w:val="18"/>
              </w:rPr>
              <w:t>Czy podmiot jest jednostką sektora finansów publicznych? TAK/NIE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F7A364" w14:textId="77777777" w:rsidR="00A61431" w:rsidRDefault="00A61431"/>
        </w:tc>
      </w:tr>
      <w:tr w:rsidR="00A61431" w14:paraId="365A0E45" w14:textId="77777777">
        <w:trPr>
          <w:cantSplit/>
          <w:jc w:val="center"/>
        </w:trPr>
        <w:tc>
          <w:tcPr>
            <w:tcW w:w="39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88196F" w14:textId="77777777" w:rsidR="00A61431" w:rsidRDefault="00000000">
            <w:r>
              <w:rPr>
                <w:sz w:val="18"/>
              </w:rPr>
              <w:t>Czy podmiot jest zamawiającym w rozumieniu art. 4 PZP? TAK/NIE/NIE DOTYCZY</w:t>
            </w:r>
          </w:p>
        </w:tc>
        <w:tc>
          <w:tcPr>
            <w:tcW w:w="566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447C1C" w14:textId="77777777" w:rsidR="00A61431" w:rsidRDefault="00A61431"/>
        </w:tc>
      </w:tr>
    </w:tbl>
    <w:p w14:paraId="37E24D93" w14:textId="77777777" w:rsidR="00A61431" w:rsidRDefault="00000000">
      <w:pPr>
        <w:pStyle w:val="Nagwek1"/>
      </w:pPr>
      <w:r>
        <w:t>II. Osoba/osoby uprawnione do reprezentacji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89"/>
        <w:gridCol w:w="2492"/>
        <w:gridCol w:w="2491"/>
        <w:gridCol w:w="2490"/>
      </w:tblGrid>
      <w:tr w:rsidR="00A61431" w14:paraId="67B4103D" w14:textId="77777777">
        <w:trPr>
          <w:cantSplit/>
          <w:tblHeader/>
          <w:jc w:val="center"/>
        </w:trPr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C6D871" w14:textId="77777777" w:rsidR="00A61431" w:rsidRDefault="00000000">
            <w:r>
              <w:rPr>
                <w:sz w:val="18"/>
              </w:rPr>
              <w:t>Imię i nazwisko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A6A514D" w14:textId="77777777" w:rsidR="00A61431" w:rsidRDefault="00000000">
            <w:r>
              <w:rPr>
                <w:sz w:val="18"/>
              </w:rPr>
              <w:t>Funkcja/stanowisko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BDC054" w14:textId="77777777" w:rsidR="00A61431" w:rsidRDefault="00000000">
            <w:r>
              <w:rPr>
                <w:sz w:val="18"/>
              </w:rPr>
              <w:t>Podstawa umocowania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8829B0" w14:textId="77777777" w:rsidR="00A61431" w:rsidRDefault="00000000">
            <w:r>
              <w:rPr>
                <w:sz w:val="18"/>
              </w:rPr>
              <w:t>E-mail / telefon</w:t>
            </w:r>
          </w:p>
        </w:tc>
      </w:tr>
      <w:tr w:rsidR="00A61431" w14:paraId="3DEBFFAC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DFE30F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166356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ED8627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406193" w14:textId="77777777" w:rsidR="00A61431" w:rsidRDefault="00A61431"/>
        </w:tc>
      </w:tr>
      <w:tr w:rsidR="00A61431" w14:paraId="0052DA94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BC36F6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954E2A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E47016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ACB2C4" w14:textId="77777777" w:rsidR="00A61431" w:rsidRDefault="00A61431"/>
        </w:tc>
      </w:tr>
      <w:tr w:rsidR="00A61431" w14:paraId="504E2ADB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981D49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A831DE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8DEA46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616435" w14:textId="77777777" w:rsidR="00A61431" w:rsidRDefault="00A61431"/>
        </w:tc>
      </w:tr>
    </w:tbl>
    <w:p w14:paraId="61CEF916" w14:textId="77777777" w:rsidR="00A61431" w:rsidRDefault="00000000">
      <w:pPr>
        <w:pStyle w:val="Nagwek1"/>
      </w:pPr>
      <w:r>
        <w:t>III. Zgodność działalności z celami partnerstwa</w:t>
      </w:r>
    </w:p>
    <w:p w14:paraId="5C369F8D" w14:textId="77777777" w:rsidR="00A61431" w:rsidRDefault="00000000">
      <w:r>
        <w:t>Proszę opisać, w jaki sposób działalność ustawowa/statutowa oraz dotychczasowe działania podmiotu są zgodne z celem planowanego partnerstwa, w szczególności z rozwojem usług społecznych świadczonych w społeczności lokalnej oraz – jeżeli dotyczy – mieszkalnictwem treningowym lub wspomaganym.</w:t>
      </w:r>
    </w:p>
    <w:p w14:paraId="3693C6E7" w14:textId="77777777" w:rsidR="00A61431" w:rsidRDefault="00000000">
      <w:r>
        <w:br/>
      </w:r>
      <w:r>
        <w:br/>
      </w:r>
      <w:r>
        <w:lastRenderedPageBreak/>
        <w:br/>
      </w:r>
    </w:p>
    <w:p w14:paraId="5E426E39" w14:textId="77777777" w:rsidR="00A61431" w:rsidRDefault="00000000">
      <w:pPr>
        <w:pStyle w:val="Nagwek1"/>
      </w:pPr>
      <w:r>
        <w:t>IV. Doświadczenie w projektach lub przedsięwzięciach o podobnym charakterze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59"/>
        <w:gridCol w:w="1660"/>
        <w:gridCol w:w="1660"/>
        <w:gridCol w:w="1661"/>
        <w:gridCol w:w="1661"/>
      </w:tblGrid>
      <w:tr w:rsidR="00A61431" w14:paraId="27B4CFA3" w14:textId="77777777">
        <w:trPr>
          <w:cantSplit/>
          <w:tblHeader/>
          <w:jc w:val="center"/>
        </w:trPr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8B6689" w14:textId="77777777" w:rsidR="00A61431" w:rsidRDefault="00000000">
            <w:r>
              <w:rPr>
                <w:sz w:val="17"/>
              </w:rPr>
              <w:t>Nazwa przedsięwzięcia</w:t>
            </w:r>
          </w:p>
        </w:tc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E969D7" w14:textId="77777777" w:rsidR="00A61431" w:rsidRDefault="00000000">
            <w:r>
              <w:rPr>
                <w:sz w:val="17"/>
              </w:rPr>
              <w:t>Okres</w:t>
            </w:r>
          </w:p>
        </w:tc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8E2F4C" w14:textId="77777777" w:rsidR="00A61431" w:rsidRDefault="00000000">
            <w:r>
              <w:rPr>
                <w:sz w:val="17"/>
              </w:rPr>
              <w:t>Rola podmiotu</w:t>
            </w:r>
          </w:p>
        </w:tc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B980C8" w14:textId="77777777" w:rsidR="00A61431" w:rsidRDefault="00000000">
            <w:r>
              <w:rPr>
                <w:sz w:val="17"/>
              </w:rPr>
              <w:t>Grupa docelowa</w:t>
            </w:r>
          </w:p>
        </w:tc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8E2A09" w14:textId="77777777" w:rsidR="00A61431" w:rsidRDefault="00000000">
            <w:r>
              <w:rPr>
                <w:sz w:val="17"/>
              </w:rPr>
              <w:t>Najważniejsze działania</w:t>
            </w:r>
          </w:p>
        </w:tc>
        <w:tc>
          <w:tcPr>
            <w:tcW w:w="166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EF69A6" w14:textId="77777777" w:rsidR="00A61431" w:rsidRDefault="00000000">
            <w:r>
              <w:rPr>
                <w:sz w:val="17"/>
              </w:rPr>
              <w:t>Rezultaty / podmiot potwierdzający</w:t>
            </w:r>
          </w:p>
        </w:tc>
      </w:tr>
      <w:tr w:rsidR="00A61431" w14:paraId="3A761382" w14:textId="77777777">
        <w:trPr>
          <w:cantSplit/>
          <w:jc w:val="center"/>
        </w:trPr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8E5AE2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41728F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D4A559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D83985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239C9F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3C82E2" w14:textId="77777777" w:rsidR="00A61431" w:rsidRDefault="00A61431"/>
        </w:tc>
      </w:tr>
      <w:tr w:rsidR="00A61431" w14:paraId="36A5FF29" w14:textId="77777777">
        <w:trPr>
          <w:cantSplit/>
          <w:jc w:val="center"/>
        </w:trPr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D74248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16BF1E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AAE9826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0FB0C4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FD1A34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E33646" w14:textId="77777777" w:rsidR="00A61431" w:rsidRDefault="00A61431"/>
        </w:tc>
      </w:tr>
      <w:tr w:rsidR="00A61431" w14:paraId="6FD2C0EA" w14:textId="77777777">
        <w:trPr>
          <w:cantSplit/>
          <w:jc w:val="center"/>
        </w:trPr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3A98AC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FFAA9D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4148B7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18F5BBD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BF3188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DC205F" w14:textId="77777777" w:rsidR="00A61431" w:rsidRDefault="00A61431"/>
        </w:tc>
      </w:tr>
      <w:tr w:rsidR="00A61431" w14:paraId="380B981A" w14:textId="77777777">
        <w:trPr>
          <w:cantSplit/>
          <w:jc w:val="center"/>
        </w:trPr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3FBA23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D47E32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FA27D1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D68419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39680A2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D1A09D" w14:textId="77777777" w:rsidR="00A61431" w:rsidRDefault="00A61431"/>
        </w:tc>
      </w:tr>
      <w:tr w:rsidR="00A61431" w14:paraId="34A245F2" w14:textId="77777777">
        <w:trPr>
          <w:cantSplit/>
          <w:jc w:val="center"/>
        </w:trPr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D6FAF5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6656DA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1EDED6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5771F7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BBC960" w14:textId="77777777" w:rsidR="00A61431" w:rsidRDefault="00A61431"/>
        </w:tc>
        <w:tc>
          <w:tcPr>
            <w:tcW w:w="166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294E00" w14:textId="77777777" w:rsidR="00A61431" w:rsidRDefault="00A61431"/>
        </w:tc>
      </w:tr>
    </w:tbl>
    <w:p w14:paraId="506216C6" w14:textId="77777777" w:rsidR="00A61431" w:rsidRDefault="00000000">
      <w:pPr>
        <w:pStyle w:val="Nagwek1"/>
      </w:pPr>
      <w:r>
        <w:t>V. Doświadczenie w usługach społecznych i pracy z grupą docelową</w:t>
      </w:r>
    </w:p>
    <w:p w14:paraId="5E109D2B" w14:textId="77777777" w:rsidR="00A61431" w:rsidRDefault="00000000">
      <w:r>
        <w:t>Proszę opisać doświadczenie w pracy z osobami kwalifikującymi się do korzystania z usług społecznych, w tym – jeśli dotyczy – osobami z niepełnosprawnościami, osobami potrzebującymi wsparcia w codziennym funkcjonowaniu, osobami zagrożonymi wykluczeniem społecznym, ich otoczeniem lub inną grupą adekwatną do projektu.</w:t>
      </w:r>
    </w:p>
    <w:p w14:paraId="3E6A6266" w14:textId="77777777" w:rsidR="00A61431" w:rsidRDefault="00000000">
      <w:r>
        <w:br/>
      </w:r>
      <w:r>
        <w:br/>
      </w:r>
      <w:r>
        <w:br/>
      </w:r>
    </w:p>
    <w:p w14:paraId="124DAC7D" w14:textId="77777777" w:rsidR="00A61431" w:rsidRDefault="00000000">
      <w:pPr>
        <w:pStyle w:val="Nagwek1"/>
      </w:pPr>
      <w:r>
        <w:t>VI. Deklarowany wkład Partnera w realizację celu partnerstwa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A61431" w14:paraId="34536AD9" w14:textId="77777777">
        <w:trPr>
          <w:cantSplit/>
          <w:tblHeader/>
          <w:jc w:val="center"/>
        </w:trPr>
        <w:tc>
          <w:tcPr>
            <w:tcW w:w="332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DEEB2F" w14:textId="77777777" w:rsidR="00A61431" w:rsidRDefault="00000000">
            <w:r>
              <w:rPr>
                <w:sz w:val="18"/>
              </w:rPr>
              <w:t>Rodzaj wkładu</w:t>
            </w:r>
          </w:p>
        </w:tc>
        <w:tc>
          <w:tcPr>
            <w:tcW w:w="332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F1579F" w14:textId="77777777" w:rsidR="00A61431" w:rsidRDefault="00000000">
            <w:r>
              <w:rPr>
                <w:sz w:val="18"/>
              </w:rPr>
              <w:t>Opis zasobu/wkładu i sposób wykorzystania</w:t>
            </w:r>
          </w:p>
        </w:tc>
        <w:tc>
          <w:tcPr>
            <w:tcW w:w="332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BB37AC" w14:textId="77777777" w:rsidR="00A61431" w:rsidRDefault="00000000">
            <w:r>
              <w:rPr>
                <w:sz w:val="18"/>
              </w:rPr>
              <w:t>Szacunkowa wartość / wymiar, jeśli możliwy do określenia</w:t>
            </w:r>
          </w:p>
        </w:tc>
      </w:tr>
      <w:tr w:rsidR="00A61431" w14:paraId="1779F28A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36C47F" w14:textId="77777777" w:rsidR="00A61431" w:rsidRDefault="00000000">
            <w:r>
              <w:rPr>
                <w:sz w:val="18"/>
              </w:rPr>
              <w:t>Merytoryczny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1D28C8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B2692E" w14:textId="77777777" w:rsidR="00A61431" w:rsidRDefault="00A61431"/>
        </w:tc>
      </w:tr>
      <w:tr w:rsidR="00A61431" w14:paraId="732D119C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5A5008" w14:textId="77777777" w:rsidR="00A61431" w:rsidRDefault="00000000">
            <w:r>
              <w:rPr>
                <w:sz w:val="18"/>
              </w:rPr>
              <w:t>Kadrowy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BD09B6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22A7DE8" w14:textId="77777777" w:rsidR="00A61431" w:rsidRDefault="00A61431"/>
        </w:tc>
      </w:tr>
      <w:tr w:rsidR="00A61431" w14:paraId="1DD73373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096FD4" w14:textId="77777777" w:rsidR="00A61431" w:rsidRDefault="00000000">
            <w:r>
              <w:rPr>
                <w:sz w:val="18"/>
              </w:rPr>
              <w:t>Organizacyjny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13F00F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ED3355" w14:textId="77777777" w:rsidR="00A61431" w:rsidRDefault="00A61431"/>
        </w:tc>
      </w:tr>
      <w:tr w:rsidR="00A61431" w14:paraId="5F1C92EC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DD8802" w14:textId="77777777" w:rsidR="00A61431" w:rsidRDefault="00000000">
            <w:r>
              <w:rPr>
                <w:sz w:val="18"/>
              </w:rPr>
              <w:t>Techniczny / sprzętowy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B7AEA3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B36AFF" w14:textId="77777777" w:rsidR="00A61431" w:rsidRDefault="00A61431"/>
        </w:tc>
      </w:tr>
      <w:tr w:rsidR="00A61431" w14:paraId="699C0683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3D6337" w14:textId="77777777" w:rsidR="00A61431" w:rsidRDefault="00000000">
            <w:r>
              <w:rPr>
                <w:sz w:val="18"/>
              </w:rPr>
              <w:t>Lokalowy / nieruchomość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141C01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A834934" w14:textId="77777777" w:rsidR="00A61431" w:rsidRDefault="00A61431"/>
        </w:tc>
      </w:tr>
      <w:tr w:rsidR="00A61431" w14:paraId="1F3135F1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B2B964" w14:textId="77777777" w:rsidR="00A61431" w:rsidRDefault="00000000">
            <w:r>
              <w:rPr>
                <w:sz w:val="18"/>
              </w:rPr>
              <w:t>Finansowy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7EF716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D9E4F5" w14:textId="77777777" w:rsidR="00A61431" w:rsidRDefault="00A61431"/>
        </w:tc>
      </w:tr>
      <w:tr w:rsidR="00A61431" w14:paraId="475CE27C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EF151A" w14:textId="77777777" w:rsidR="00A61431" w:rsidRDefault="00000000">
            <w:r>
              <w:rPr>
                <w:sz w:val="18"/>
              </w:rPr>
              <w:t>Niepieniężny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0959EB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CB4D2F" w14:textId="77777777" w:rsidR="00A61431" w:rsidRDefault="00A61431"/>
        </w:tc>
      </w:tr>
      <w:tr w:rsidR="00A61431" w14:paraId="7701F23E" w14:textId="77777777">
        <w:trPr>
          <w:cantSplit/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6983CA" w14:textId="77777777" w:rsidR="00A61431" w:rsidRDefault="00000000">
            <w:r>
              <w:rPr>
                <w:sz w:val="18"/>
              </w:rPr>
              <w:t>Inny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F1C6EE" w14:textId="77777777" w:rsidR="00A61431" w:rsidRDefault="00A61431"/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697D89" w14:textId="77777777" w:rsidR="00A61431" w:rsidRDefault="00A61431"/>
        </w:tc>
      </w:tr>
    </w:tbl>
    <w:p w14:paraId="20B72FEF" w14:textId="77777777" w:rsidR="00A61431" w:rsidRDefault="00000000">
      <w:pPr>
        <w:pStyle w:val="Nagwek1"/>
      </w:pPr>
      <w:r>
        <w:t>VII. Proponowany zakres zadań Partnera</w:t>
      </w:r>
    </w:p>
    <w:p w14:paraId="2EB69D98" w14:textId="77777777" w:rsidR="00A61431" w:rsidRDefault="00000000">
      <w:r>
        <w:t>Proszę wskazać zadania, za które Partner mógłby odpowiadać rzeczowo i finansowo. Należy unikać sytuacji, w której rola Partnera ogranicza się wyłącznie do wniesienia zasobów.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A61431" w14:paraId="5866876E" w14:textId="77777777">
        <w:trPr>
          <w:cantSplit/>
          <w:tblHeader/>
          <w:jc w:val="center"/>
        </w:trPr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EC8ABC8" w14:textId="77777777" w:rsidR="00A61431" w:rsidRDefault="00000000">
            <w:r>
              <w:rPr>
                <w:sz w:val="18"/>
              </w:rPr>
              <w:lastRenderedPageBreak/>
              <w:t>Proponowane zadanie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72F025" w14:textId="77777777" w:rsidR="00A61431" w:rsidRDefault="00000000">
            <w:r>
              <w:rPr>
                <w:sz w:val="18"/>
              </w:rPr>
              <w:t>Zakres odpowiedzialności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73A923" w14:textId="77777777" w:rsidR="00A61431" w:rsidRDefault="00000000">
            <w:r>
              <w:rPr>
                <w:sz w:val="18"/>
              </w:rPr>
              <w:t>Zasoby/kadra</w:t>
            </w:r>
          </w:p>
        </w:tc>
        <w:tc>
          <w:tcPr>
            <w:tcW w:w="2493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2C7A8F" w14:textId="77777777" w:rsidR="00A61431" w:rsidRDefault="00000000">
            <w:r>
              <w:rPr>
                <w:sz w:val="18"/>
              </w:rPr>
              <w:t>Przewidywane wydatki Partnera / źródło finansowania</w:t>
            </w:r>
          </w:p>
        </w:tc>
      </w:tr>
      <w:tr w:rsidR="00A61431" w14:paraId="14B6A4F0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666BBD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401744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C94ADE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4A0535" w14:textId="77777777" w:rsidR="00A61431" w:rsidRDefault="00A61431"/>
        </w:tc>
      </w:tr>
      <w:tr w:rsidR="00A61431" w14:paraId="347EEE2F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E24721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CFA2D1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A5FFFF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5AABD5" w14:textId="77777777" w:rsidR="00A61431" w:rsidRDefault="00A61431"/>
        </w:tc>
      </w:tr>
      <w:tr w:rsidR="00A61431" w14:paraId="199F1F68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8458D2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50184D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C11BA9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4F0C7E" w14:textId="77777777" w:rsidR="00A61431" w:rsidRDefault="00A61431"/>
        </w:tc>
      </w:tr>
      <w:tr w:rsidR="00A61431" w14:paraId="3E3D4B9F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84A643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EB04C5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22EEC1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2E3F40" w14:textId="77777777" w:rsidR="00A61431" w:rsidRDefault="00A61431"/>
        </w:tc>
      </w:tr>
      <w:tr w:rsidR="00A61431" w14:paraId="0F6509BE" w14:textId="77777777">
        <w:trPr>
          <w:cantSplit/>
          <w:jc w:val="center"/>
        </w:trPr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8AF6A4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24D049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577123" w14:textId="77777777" w:rsidR="00A61431" w:rsidRDefault="00A61431"/>
        </w:tc>
        <w:tc>
          <w:tcPr>
            <w:tcW w:w="2493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9C25DA" w14:textId="77777777" w:rsidR="00A61431" w:rsidRDefault="00A61431"/>
        </w:tc>
      </w:tr>
    </w:tbl>
    <w:p w14:paraId="323386EE" w14:textId="77777777" w:rsidR="00A61431" w:rsidRDefault="00000000">
      <w:pPr>
        <w:pStyle w:val="Nagwek1"/>
      </w:pPr>
      <w:r>
        <w:t>VIII. Potencjał kadrowy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93"/>
        <w:gridCol w:w="1992"/>
        <w:gridCol w:w="1993"/>
        <w:gridCol w:w="1992"/>
        <w:gridCol w:w="1992"/>
      </w:tblGrid>
      <w:tr w:rsidR="00A61431" w14:paraId="5B0C1A1F" w14:textId="77777777">
        <w:trPr>
          <w:cantSplit/>
          <w:tblHeader/>
          <w:jc w:val="center"/>
        </w:trPr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CC282E" w14:textId="77777777" w:rsidR="00A61431" w:rsidRDefault="00000000">
            <w:r>
              <w:rPr>
                <w:sz w:val="17"/>
              </w:rPr>
              <w:t>Imię i nazwisko / stanowisko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2E771B" w14:textId="77777777" w:rsidR="00A61431" w:rsidRDefault="00000000">
            <w:r>
              <w:rPr>
                <w:sz w:val="17"/>
              </w:rPr>
              <w:t>Forma współpracy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9C0D2B" w14:textId="77777777" w:rsidR="00A61431" w:rsidRDefault="00000000">
            <w:r>
              <w:rPr>
                <w:sz w:val="17"/>
              </w:rPr>
              <w:t>Doświadczenie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B1F39A" w14:textId="77777777" w:rsidR="00A61431" w:rsidRDefault="00000000">
            <w:r>
              <w:rPr>
                <w:sz w:val="17"/>
              </w:rPr>
              <w:t>Kwalifikacje</w:t>
            </w:r>
          </w:p>
        </w:tc>
        <w:tc>
          <w:tcPr>
            <w:tcW w:w="19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DB31A4" w14:textId="77777777" w:rsidR="00A61431" w:rsidRDefault="00000000">
            <w:r>
              <w:rPr>
                <w:sz w:val="17"/>
              </w:rPr>
              <w:t>Planowana rola w projekcie</w:t>
            </w:r>
          </w:p>
        </w:tc>
      </w:tr>
      <w:tr w:rsidR="00A61431" w14:paraId="6BBBCA87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530447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D82302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C3F073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2EC34C2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B0CD2A" w14:textId="77777777" w:rsidR="00A61431" w:rsidRDefault="00A61431"/>
        </w:tc>
      </w:tr>
      <w:tr w:rsidR="00A61431" w14:paraId="5248BBA6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E558A11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29E6CBD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BE8234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95BBD1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52F9DF" w14:textId="77777777" w:rsidR="00A61431" w:rsidRDefault="00A61431"/>
        </w:tc>
      </w:tr>
      <w:tr w:rsidR="00A61431" w14:paraId="61404EED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53BA3A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1C24A0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B5FAFE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6ADF8E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0F1909" w14:textId="77777777" w:rsidR="00A61431" w:rsidRDefault="00A61431"/>
        </w:tc>
      </w:tr>
      <w:tr w:rsidR="00A61431" w14:paraId="6C9D211C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20C012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757AE9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F90699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7F0022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350F69" w14:textId="77777777" w:rsidR="00A61431" w:rsidRDefault="00A61431"/>
        </w:tc>
      </w:tr>
      <w:tr w:rsidR="00A61431" w14:paraId="788554BC" w14:textId="77777777">
        <w:trPr>
          <w:cantSplit/>
          <w:jc w:val="center"/>
        </w:trPr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0C13A6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5AB778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3D7392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87A759" w14:textId="77777777" w:rsidR="00A61431" w:rsidRDefault="00A61431"/>
        </w:tc>
        <w:tc>
          <w:tcPr>
            <w:tcW w:w="199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2BA5D2" w14:textId="77777777" w:rsidR="00A61431" w:rsidRDefault="00A61431"/>
        </w:tc>
      </w:tr>
    </w:tbl>
    <w:p w14:paraId="2E10A7CF" w14:textId="77777777" w:rsidR="00A61431" w:rsidRDefault="00000000">
      <w:pPr>
        <w:pStyle w:val="Nagwek1"/>
      </w:pPr>
      <w:r>
        <w:t>IX. Potencjał organizacyjny i techniczny</w:t>
      </w:r>
    </w:p>
    <w:p w14:paraId="50027F3F" w14:textId="77777777" w:rsidR="00A61431" w:rsidRDefault="00000000">
      <w:r>
        <w:t>Proszę opisać zasoby istniejące na dzień składania zgłoszenia, które mogą zostać wykorzystane w projekcie: lokale, zaplecze techniczne, systemy organizacyjne, dostępność, wyposażenie, doświadczenie jednostek organizacyjnych itp.</w:t>
      </w:r>
    </w:p>
    <w:p w14:paraId="0AD885EE" w14:textId="77777777" w:rsidR="00A61431" w:rsidRDefault="00000000">
      <w:r>
        <w:br/>
      </w:r>
      <w:r>
        <w:br/>
      </w:r>
      <w:r>
        <w:br/>
      </w:r>
    </w:p>
    <w:p w14:paraId="2F96C079" w14:textId="77777777" w:rsidR="00A61431" w:rsidRDefault="00000000">
      <w:pPr>
        <w:pStyle w:val="Nagwek1"/>
      </w:pPr>
      <w:r>
        <w:t>X. Oświadczenia</w:t>
      </w:r>
    </w:p>
    <w:p w14:paraId="4562A099" w14:textId="77777777" w:rsidR="00A61431" w:rsidRDefault="00000000">
      <w:r>
        <w:t>☐ 1. Oświadczam, że podmiot jest uprawniony do udziału w projekcie partnerskim zgodnie z Regulaminem wyboru projektów dla naboru FEWP.06.13-IZ.00-003/26;</w:t>
      </w:r>
    </w:p>
    <w:p w14:paraId="73B7E1B9" w14:textId="77777777" w:rsidR="00A61431" w:rsidRDefault="00000000">
      <w:r>
        <w:t>☐ 2. Oświadczam, że podmiot nie podlega wykluczeniu z możliwości otrzymania dofinansowania na podstawie przepisów odrębnych;</w:t>
      </w:r>
    </w:p>
    <w:p w14:paraId="705B75BB" w14:textId="77777777" w:rsidR="00A61431" w:rsidRDefault="00000000">
      <w:r>
        <w:t>☐ 3. Oświadczam, że do podmiotu oraz – w zakresie wymaganym przepisami – podmiotów z nim powiązanych nie mają zastosowania środki sankcyjne uniemożliwiające udział w projekcie;</w:t>
      </w:r>
    </w:p>
    <w:p w14:paraId="7FC08D20" w14:textId="77777777" w:rsidR="00A61431" w:rsidRDefault="00000000">
      <w:r>
        <w:t>☐ 4. Oświadczam, że podane informacje są kompletne i zgodne ze stanem faktycznym i prawnym na dzień złożenia zgłoszenia;</w:t>
      </w:r>
    </w:p>
    <w:p w14:paraId="18F3111E" w14:textId="77777777" w:rsidR="00A61431" w:rsidRDefault="00000000">
      <w:r>
        <w:lastRenderedPageBreak/>
        <w:t>☐ 5. Oświadczam, że podmiot posiada lub będzie w stanie zapewnić potencjał niezbędny do realizacji zadeklarowanych zadań;</w:t>
      </w:r>
    </w:p>
    <w:p w14:paraId="3FE4758E" w14:textId="77777777" w:rsidR="00A61431" w:rsidRDefault="00000000">
      <w:r>
        <w:t>☐ 6. Oświadczam, że podmiot zapoznał się z ogłoszeniem i akceptuje jego warunki;</w:t>
      </w:r>
    </w:p>
    <w:p w14:paraId="3A7E9144" w14:textId="77777777" w:rsidR="00A61431" w:rsidRDefault="00000000">
      <w:r>
        <w:t>☐ 7. Oświadczam, że w przypadku wyboru podmiot zobowiązuje się współpracować przy przygotowaniu WOD oraz zawrzeć porozumienie/umowę o partnerstwie przed etapem wymaganym przez IZ;</w:t>
      </w:r>
    </w:p>
    <w:p w14:paraId="2497BEE3" w14:textId="77777777" w:rsidR="00A61431" w:rsidRDefault="00000000">
      <w:r>
        <w:t>☐ 8. Oświadczam, że podmiot wyraża zgodę na weryfikację danych zawartych w zgłoszeniu w publicznych rejestrach oraz – po wezwaniu – na przedstawienie dokumentów źródłowych;</w:t>
      </w:r>
    </w:p>
    <w:p w14:paraId="6C82D47E" w14:textId="77777777" w:rsidR="00A61431" w:rsidRDefault="00000000">
      <w:r>
        <w:t>☐ 9. Oświadczam, że podmiot zobowiązuje się niezwłocznie poinformować Fundację o zmianie okoliczności mogącej wpływać na ocenę zgłoszenia.</w:t>
      </w:r>
    </w:p>
    <w:p w14:paraId="721ED14B" w14:textId="77777777" w:rsidR="00A61431" w:rsidRDefault="00000000">
      <w:r>
        <w:br/>
        <w:t>Miejscowość i data: ____________________________________</w:t>
      </w:r>
      <w:r>
        <w:br/>
      </w:r>
      <w:r>
        <w:br/>
        <w:t>Imię i nazwisko osoby uprawnionej: ______________________</w:t>
      </w:r>
      <w:r>
        <w:br/>
      </w:r>
      <w:r>
        <w:br/>
        <w:t>Podpis / podpis elektroniczny: ___________________________</w:t>
      </w:r>
    </w:p>
    <w:p w14:paraId="23501D43" w14:textId="77777777" w:rsidR="00A61431" w:rsidRDefault="00000000">
      <w:pPr>
        <w:pStyle w:val="Nagwek1"/>
      </w:pPr>
      <w:r>
        <w:t>XI. Lista załączników do zgłoszenia</w:t>
      </w:r>
    </w:p>
    <w:p w14:paraId="537F6649" w14:textId="77777777" w:rsidR="00A61431" w:rsidRDefault="00000000">
      <w:r>
        <w:t>☐ dokument umocowania/pełnomocnictwo – jeżeli dotyczy</w:t>
      </w:r>
      <w:r>
        <w:br/>
        <w:t>☐ inne dokumenty dobrowolnie potwierdzające informacje ze zgłoszenia: ______________________________________________</w:t>
      </w:r>
    </w:p>
    <w:sectPr w:rsidR="00A61431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E854B" w14:textId="77777777" w:rsidR="001845B5" w:rsidRDefault="001845B5">
      <w:pPr>
        <w:spacing w:after="0" w:line="240" w:lineRule="auto"/>
      </w:pPr>
      <w:r>
        <w:separator/>
      </w:r>
    </w:p>
  </w:endnote>
  <w:endnote w:type="continuationSeparator" w:id="0">
    <w:p w14:paraId="1A30B2BF" w14:textId="77777777" w:rsidR="001845B5" w:rsidRDefault="0018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AF20" w14:textId="546133B0" w:rsidR="00A61431" w:rsidRDefault="00000000">
    <w:pPr>
      <w:pStyle w:val="Stopka"/>
      <w:jc w:val="center"/>
    </w:pPr>
    <w:r>
      <w:rPr>
        <w:sz w:val="16"/>
      </w:rPr>
      <w:t>FEWP.06.13-IZ.00-003/26 Fundacj</w:t>
    </w:r>
    <w:r w:rsidR="00354715">
      <w:rPr>
        <w:sz w:val="16"/>
      </w:rPr>
      <w:t>a</w:t>
    </w:r>
    <w:r>
      <w:rPr>
        <w:sz w:val="16"/>
      </w:rPr>
      <w:t xml:space="preserve"> „Więcej z </w:t>
    </w:r>
    <w:proofErr w:type="spellStart"/>
    <w:r>
      <w:rPr>
        <w:sz w:val="16"/>
      </w:rPr>
      <w:t>Życia</w:t>
    </w:r>
    <w:proofErr w:type="spellEnd"/>
    <w:r>
      <w:rPr>
        <w:sz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616C" w14:textId="77777777" w:rsidR="001845B5" w:rsidRDefault="001845B5">
      <w:pPr>
        <w:spacing w:after="0" w:line="240" w:lineRule="auto"/>
      </w:pPr>
      <w:r>
        <w:separator/>
      </w:r>
    </w:p>
  </w:footnote>
  <w:footnote w:type="continuationSeparator" w:id="0">
    <w:p w14:paraId="39D85DE5" w14:textId="77777777" w:rsidR="001845B5" w:rsidRDefault="00184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3422189">
    <w:abstractNumId w:val="8"/>
  </w:num>
  <w:num w:numId="2" w16cid:durableId="592126595">
    <w:abstractNumId w:val="6"/>
  </w:num>
  <w:num w:numId="3" w16cid:durableId="2039506927">
    <w:abstractNumId w:val="5"/>
  </w:num>
  <w:num w:numId="4" w16cid:durableId="126433146">
    <w:abstractNumId w:val="4"/>
  </w:num>
  <w:num w:numId="5" w16cid:durableId="1132210410">
    <w:abstractNumId w:val="7"/>
  </w:num>
  <w:num w:numId="6" w16cid:durableId="5601443">
    <w:abstractNumId w:val="3"/>
  </w:num>
  <w:num w:numId="7" w16cid:durableId="114757894">
    <w:abstractNumId w:val="2"/>
  </w:num>
  <w:num w:numId="8" w16cid:durableId="2083483922">
    <w:abstractNumId w:val="1"/>
  </w:num>
  <w:num w:numId="9" w16cid:durableId="46616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17B"/>
    <w:rsid w:val="00034616"/>
    <w:rsid w:val="0006063C"/>
    <w:rsid w:val="0015074B"/>
    <w:rsid w:val="001845B5"/>
    <w:rsid w:val="0029639D"/>
    <w:rsid w:val="00326F90"/>
    <w:rsid w:val="00354715"/>
    <w:rsid w:val="00A614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56097"/>
  <w14:defaultImageDpi w14:val="300"/>
  <w15:docId w15:val="{C9E3B98C-8828-4523-B546-6923F644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ptos" w:hAnsi="Aptos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Lorczyk</cp:lastModifiedBy>
  <cp:revision>2</cp:revision>
  <dcterms:created xsi:type="dcterms:W3CDTF">2026-08-07T11:01:00Z</dcterms:created>
  <dcterms:modified xsi:type="dcterms:W3CDTF">2026-08-07T11:01:00Z</dcterms:modified>
  <cp:category/>
</cp:coreProperties>
</file>