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EFCC5" w14:textId="2BF7D871" w:rsidR="00B439DE" w:rsidRDefault="00B439DE" w:rsidP="00B439DE">
      <w:pPr>
        <w:pStyle w:val="Nagwek1"/>
        <w:jc w:val="right"/>
        <w:rPr>
          <w:color w:val="000000" w:themeColor="text1"/>
        </w:rPr>
      </w:pPr>
      <w:proofErr w:type="spellStart"/>
      <w:r>
        <w:rPr>
          <w:color w:val="000000" w:themeColor="text1"/>
        </w:rPr>
        <w:t>Załącznik</w:t>
      </w:r>
      <w:proofErr w:type="spellEnd"/>
      <w:r>
        <w:rPr>
          <w:color w:val="000000" w:themeColor="text1"/>
        </w:rPr>
        <w:t xml:space="preserve"> nr 1</w:t>
      </w:r>
    </w:p>
    <w:p w14:paraId="069B46FE" w14:textId="4C86E0E8" w:rsidR="00076A8F" w:rsidRPr="0007552D" w:rsidRDefault="00000000" w:rsidP="0007552D">
      <w:pPr>
        <w:pStyle w:val="Nagwek1"/>
        <w:jc w:val="center"/>
        <w:rPr>
          <w:color w:val="000000" w:themeColor="text1"/>
        </w:rPr>
      </w:pPr>
      <w:r w:rsidRPr="0007552D">
        <w:rPr>
          <w:color w:val="000000" w:themeColor="text1"/>
        </w:rPr>
        <w:t>FORMULARZ ZGŁOSZENIOWY PARTNERA</w:t>
      </w:r>
    </w:p>
    <w:p w14:paraId="0DFF410A" w14:textId="77777777" w:rsidR="00076A8F" w:rsidRPr="0069565F" w:rsidRDefault="00000000">
      <w:pPr>
        <w:rPr>
          <w:sz w:val="24"/>
          <w:szCs w:val="24"/>
        </w:rPr>
      </w:pPr>
      <w:r w:rsidRPr="0069565F">
        <w:rPr>
          <w:sz w:val="24"/>
          <w:szCs w:val="24"/>
        </w:rPr>
        <w:t>Projekt planowany do realizacji w ramach FEWP 2021-2027</w:t>
      </w:r>
      <w:r w:rsidRPr="0069565F">
        <w:rPr>
          <w:sz w:val="24"/>
          <w:szCs w:val="24"/>
        </w:rPr>
        <w:br/>
        <w:t>Działanie 06.13 Usługi społeczne i zdrowotne</w:t>
      </w:r>
    </w:p>
    <w:p w14:paraId="146ECA0B" w14:textId="77777777" w:rsidR="00076A8F" w:rsidRPr="0069565F" w:rsidRDefault="00000000" w:rsidP="0007552D">
      <w:pPr>
        <w:pStyle w:val="Nagwek2"/>
        <w:spacing w:line="480" w:lineRule="auto"/>
        <w:rPr>
          <w:color w:val="000000" w:themeColor="text1"/>
          <w:sz w:val="24"/>
          <w:szCs w:val="24"/>
        </w:rPr>
      </w:pPr>
      <w:r w:rsidRPr="0069565F">
        <w:rPr>
          <w:color w:val="000000" w:themeColor="text1"/>
          <w:sz w:val="24"/>
          <w:szCs w:val="24"/>
        </w:rPr>
        <w:t>I. Dane identyfikacyjne</w:t>
      </w:r>
    </w:p>
    <w:p w14:paraId="7949BE51" w14:textId="4A50AC2C" w:rsidR="00076A8F" w:rsidRPr="0069565F" w:rsidRDefault="00000000" w:rsidP="0007552D">
      <w:pPr>
        <w:spacing w:line="360" w:lineRule="auto"/>
        <w:rPr>
          <w:sz w:val="24"/>
          <w:szCs w:val="24"/>
        </w:rPr>
      </w:pPr>
      <w:r w:rsidRPr="0069565F">
        <w:rPr>
          <w:sz w:val="24"/>
          <w:szCs w:val="24"/>
        </w:rPr>
        <w:t xml:space="preserve">Nazwa </w:t>
      </w:r>
      <w:proofErr w:type="spellStart"/>
      <w:r w:rsidRPr="0069565F">
        <w:rPr>
          <w:sz w:val="24"/>
          <w:szCs w:val="24"/>
        </w:rPr>
        <w:t>podmiotu</w:t>
      </w:r>
      <w:proofErr w:type="spellEnd"/>
      <w:r w:rsidRPr="0069565F">
        <w:rPr>
          <w:sz w:val="24"/>
          <w:szCs w:val="24"/>
        </w:rPr>
        <w:t>: ________________________</w:t>
      </w:r>
      <w:r w:rsidR="00494082">
        <w:rPr>
          <w:sz w:val="24"/>
          <w:szCs w:val="24"/>
        </w:rPr>
        <w:t>________________________</w:t>
      </w:r>
      <w:r w:rsidRPr="0069565F">
        <w:rPr>
          <w:sz w:val="24"/>
          <w:szCs w:val="24"/>
        </w:rPr>
        <w:t>_________</w:t>
      </w:r>
    </w:p>
    <w:p w14:paraId="1D171DB8" w14:textId="5F270BD2" w:rsidR="00076A8F" w:rsidRPr="0069565F" w:rsidRDefault="00000000" w:rsidP="0007552D">
      <w:pPr>
        <w:spacing w:line="360" w:lineRule="auto"/>
        <w:rPr>
          <w:sz w:val="24"/>
          <w:szCs w:val="24"/>
        </w:rPr>
      </w:pPr>
      <w:r w:rsidRPr="0069565F">
        <w:rPr>
          <w:sz w:val="24"/>
          <w:szCs w:val="24"/>
        </w:rPr>
        <w:t xml:space="preserve">Forma </w:t>
      </w:r>
      <w:proofErr w:type="spellStart"/>
      <w:r w:rsidRPr="0069565F">
        <w:rPr>
          <w:sz w:val="24"/>
          <w:szCs w:val="24"/>
        </w:rPr>
        <w:t>prawna</w:t>
      </w:r>
      <w:proofErr w:type="spellEnd"/>
      <w:r w:rsidRPr="0069565F">
        <w:rPr>
          <w:sz w:val="24"/>
          <w:szCs w:val="24"/>
        </w:rPr>
        <w:t>: ________________</w:t>
      </w:r>
      <w:r w:rsidR="00494082">
        <w:rPr>
          <w:sz w:val="24"/>
          <w:szCs w:val="24"/>
        </w:rPr>
        <w:t>__________________________</w:t>
      </w:r>
      <w:r w:rsidRPr="0069565F">
        <w:rPr>
          <w:sz w:val="24"/>
          <w:szCs w:val="24"/>
        </w:rPr>
        <w:t>_________________</w:t>
      </w:r>
    </w:p>
    <w:p w14:paraId="1ADBCBBA" w14:textId="2034517F" w:rsidR="00076A8F" w:rsidRPr="0069565F" w:rsidRDefault="00000000" w:rsidP="0007552D">
      <w:pPr>
        <w:spacing w:line="360" w:lineRule="auto"/>
        <w:rPr>
          <w:sz w:val="24"/>
          <w:szCs w:val="24"/>
        </w:rPr>
      </w:pPr>
      <w:r w:rsidRPr="0069565F">
        <w:rPr>
          <w:sz w:val="24"/>
          <w:szCs w:val="24"/>
        </w:rPr>
        <w:t>Adres: ______________________</w:t>
      </w:r>
      <w:r w:rsidR="00494082">
        <w:rPr>
          <w:sz w:val="24"/>
          <w:szCs w:val="24"/>
        </w:rPr>
        <w:t>_________________________________</w:t>
      </w:r>
      <w:r w:rsidRPr="0069565F">
        <w:rPr>
          <w:sz w:val="24"/>
          <w:szCs w:val="24"/>
        </w:rPr>
        <w:t>___________</w:t>
      </w:r>
    </w:p>
    <w:p w14:paraId="7D2354AA" w14:textId="6D86C836" w:rsidR="00076A8F" w:rsidRPr="0069565F" w:rsidRDefault="00000000" w:rsidP="0007552D">
      <w:pPr>
        <w:spacing w:line="360" w:lineRule="auto"/>
        <w:rPr>
          <w:sz w:val="24"/>
          <w:szCs w:val="24"/>
        </w:rPr>
      </w:pPr>
      <w:r w:rsidRPr="0069565F">
        <w:rPr>
          <w:sz w:val="24"/>
          <w:szCs w:val="24"/>
        </w:rPr>
        <w:t>NIP: _______________</w:t>
      </w:r>
      <w:r w:rsidR="00494082">
        <w:rPr>
          <w:sz w:val="24"/>
          <w:szCs w:val="24"/>
        </w:rPr>
        <w:t>___________________________________</w:t>
      </w:r>
      <w:r w:rsidRPr="0069565F">
        <w:rPr>
          <w:sz w:val="24"/>
          <w:szCs w:val="24"/>
        </w:rPr>
        <w:t>__________________</w:t>
      </w:r>
    </w:p>
    <w:p w14:paraId="4F740381" w14:textId="3A871CD5" w:rsidR="00076A8F" w:rsidRPr="0069565F" w:rsidRDefault="00000000" w:rsidP="0007552D">
      <w:pPr>
        <w:spacing w:line="360" w:lineRule="auto"/>
        <w:rPr>
          <w:sz w:val="24"/>
          <w:szCs w:val="24"/>
        </w:rPr>
      </w:pPr>
      <w:r w:rsidRPr="0069565F">
        <w:rPr>
          <w:sz w:val="24"/>
          <w:szCs w:val="24"/>
        </w:rPr>
        <w:t>REGON: ______________</w:t>
      </w:r>
      <w:r w:rsidR="00494082">
        <w:rPr>
          <w:sz w:val="24"/>
          <w:szCs w:val="24"/>
        </w:rPr>
        <w:t>________________________________</w:t>
      </w:r>
      <w:r w:rsidRPr="0069565F">
        <w:rPr>
          <w:sz w:val="24"/>
          <w:szCs w:val="24"/>
        </w:rPr>
        <w:t>___________________</w:t>
      </w:r>
    </w:p>
    <w:p w14:paraId="30B74E8C" w14:textId="1257E09C" w:rsidR="00076A8F" w:rsidRPr="0069565F" w:rsidRDefault="00000000" w:rsidP="0007552D">
      <w:pPr>
        <w:spacing w:line="360" w:lineRule="auto"/>
        <w:rPr>
          <w:sz w:val="24"/>
          <w:szCs w:val="24"/>
        </w:rPr>
      </w:pPr>
      <w:r w:rsidRPr="0069565F">
        <w:rPr>
          <w:sz w:val="24"/>
          <w:szCs w:val="24"/>
        </w:rPr>
        <w:t>KRS: ________________</w:t>
      </w:r>
      <w:r w:rsidR="00494082">
        <w:rPr>
          <w:sz w:val="24"/>
          <w:szCs w:val="24"/>
        </w:rPr>
        <w:t>___________________________________</w:t>
      </w:r>
      <w:r w:rsidRPr="0069565F">
        <w:rPr>
          <w:sz w:val="24"/>
          <w:szCs w:val="24"/>
        </w:rPr>
        <w:t>_________________</w:t>
      </w:r>
    </w:p>
    <w:p w14:paraId="034D0CCE" w14:textId="25233588" w:rsidR="00076A8F" w:rsidRPr="0069565F" w:rsidRDefault="00000000" w:rsidP="0007552D">
      <w:pPr>
        <w:spacing w:line="360" w:lineRule="auto"/>
        <w:rPr>
          <w:sz w:val="24"/>
          <w:szCs w:val="24"/>
        </w:rPr>
      </w:pPr>
      <w:r w:rsidRPr="0069565F">
        <w:rPr>
          <w:sz w:val="24"/>
          <w:szCs w:val="24"/>
        </w:rPr>
        <w:t>Telefon: ______________</w:t>
      </w:r>
      <w:r w:rsidR="00494082">
        <w:rPr>
          <w:sz w:val="24"/>
          <w:szCs w:val="24"/>
        </w:rPr>
        <w:t>________________________________</w:t>
      </w:r>
      <w:r w:rsidRPr="0069565F">
        <w:rPr>
          <w:sz w:val="24"/>
          <w:szCs w:val="24"/>
        </w:rPr>
        <w:t>___________________</w:t>
      </w:r>
    </w:p>
    <w:p w14:paraId="3DF0FA4D" w14:textId="2BECE18C" w:rsidR="00076A8F" w:rsidRPr="0069565F" w:rsidRDefault="00000000" w:rsidP="0007552D">
      <w:pPr>
        <w:spacing w:line="360" w:lineRule="auto"/>
        <w:rPr>
          <w:sz w:val="24"/>
          <w:szCs w:val="24"/>
        </w:rPr>
      </w:pPr>
      <w:r w:rsidRPr="0069565F">
        <w:rPr>
          <w:sz w:val="24"/>
          <w:szCs w:val="24"/>
        </w:rPr>
        <w:t>E-mail: _______________</w:t>
      </w:r>
      <w:r w:rsidR="00494082">
        <w:rPr>
          <w:sz w:val="24"/>
          <w:szCs w:val="24"/>
        </w:rPr>
        <w:t>_________________________________</w:t>
      </w:r>
      <w:r w:rsidRPr="0069565F">
        <w:rPr>
          <w:sz w:val="24"/>
          <w:szCs w:val="24"/>
        </w:rPr>
        <w:t>__________________</w:t>
      </w:r>
    </w:p>
    <w:p w14:paraId="7D26F584" w14:textId="5AA5C854" w:rsidR="0007552D" w:rsidRPr="0069565F" w:rsidRDefault="00000000" w:rsidP="0007552D">
      <w:pPr>
        <w:pStyle w:val="Nagwek2"/>
        <w:spacing w:line="480" w:lineRule="auto"/>
        <w:rPr>
          <w:color w:val="000000" w:themeColor="text1"/>
          <w:sz w:val="24"/>
          <w:szCs w:val="24"/>
        </w:rPr>
      </w:pPr>
      <w:r w:rsidRPr="0069565F">
        <w:rPr>
          <w:color w:val="000000" w:themeColor="text1"/>
          <w:sz w:val="24"/>
          <w:szCs w:val="24"/>
        </w:rPr>
        <w:t xml:space="preserve">II. Osoba </w:t>
      </w:r>
      <w:proofErr w:type="spellStart"/>
      <w:r w:rsidRPr="0069565F">
        <w:rPr>
          <w:color w:val="000000" w:themeColor="text1"/>
          <w:sz w:val="24"/>
          <w:szCs w:val="24"/>
        </w:rPr>
        <w:t>uprawniona</w:t>
      </w:r>
      <w:proofErr w:type="spellEnd"/>
      <w:r w:rsidRPr="0069565F">
        <w:rPr>
          <w:color w:val="000000" w:themeColor="text1"/>
          <w:sz w:val="24"/>
          <w:szCs w:val="24"/>
        </w:rPr>
        <w:t xml:space="preserve"> do </w:t>
      </w:r>
      <w:proofErr w:type="spellStart"/>
      <w:r w:rsidRPr="0069565F">
        <w:rPr>
          <w:color w:val="000000" w:themeColor="text1"/>
          <w:sz w:val="24"/>
          <w:szCs w:val="24"/>
        </w:rPr>
        <w:t>reprezentacji</w:t>
      </w:r>
      <w:proofErr w:type="spellEnd"/>
    </w:p>
    <w:p w14:paraId="21A2FF33" w14:textId="32AA5078" w:rsidR="00076A8F" w:rsidRPr="0069565F" w:rsidRDefault="00000000" w:rsidP="0007552D">
      <w:pPr>
        <w:spacing w:line="360" w:lineRule="auto"/>
        <w:rPr>
          <w:sz w:val="24"/>
          <w:szCs w:val="24"/>
        </w:rPr>
      </w:pPr>
      <w:proofErr w:type="spellStart"/>
      <w:r w:rsidRPr="0069565F">
        <w:rPr>
          <w:sz w:val="24"/>
          <w:szCs w:val="24"/>
        </w:rPr>
        <w:t>Imię</w:t>
      </w:r>
      <w:proofErr w:type="spellEnd"/>
      <w:r w:rsidRPr="0069565F">
        <w:rPr>
          <w:sz w:val="24"/>
          <w:szCs w:val="24"/>
        </w:rPr>
        <w:t xml:space="preserve"> </w:t>
      </w:r>
      <w:proofErr w:type="spellStart"/>
      <w:r w:rsidRPr="0069565F">
        <w:rPr>
          <w:sz w:val="24"/>
          <w:szCs w:val="24"/>
        </w:rPr>
        <w:t>i</w:t>
      </w:r>
      <w:proofErr w:type="spellEnd"/>
      <w:r w:rsidRPr="0069565F">
        <w:rPr>
          <w:sz w:val="24"/>
          <w:szCs w:val="24"/>
        </w:rPr>
        <w:t xml:space="preserve"> </w:t>
      </w:r>
      <w:proofErr w:type="spellStart"/>
      <w:r w:rsidRPr="0069565F">
        <w:rPr>
          <w:sz w:val="24"/>
          <w:szCs w:val="24"/>
        </w:rPr>
        <w:t>nazwisko</w:t>
      </w:r>
      <w:proofErr w:type="spellEnd"/>
      <w:r w:rsidRPr="0069565F">
        <w:rPr>
          <w:sz w:val="24"/>
          <w:szCs w:val="24"/>
        </w:rPr>
        <w:t>: _____________</w:t>
      </w:r>
      <w:r w:rsidR="00494082">
        <w:rPr>
          <w:sz w:val="24"/>
          <w:szCs w:val="24"/>
        </w:rPr>
        <w:t>_________________________</w:t>
      </w:r>
      <w:r w:rsidRPr="0069565F">
        <w:rPr>
          <w:sz w:val="24"/>
          <w:szCs w:val="24"/>
        </w:rPr>
        <w:t>____________________</w:t>
      </w:r>
    </w:p>
    <w:p w14:paraId="0524FBE8" w14:textId="5CBB9965" w:rsidR="00076A8F" w:rsidRPr="0069565F" w:rsidRDefault="00000000" w:rsidP="0007552D">
      <w:pPr>
        <w:spacing w:line="360" w:lineRule="auto"/>
        <w:rPr>
          <w:sz w:val="24"/>
          <w:szCs w:val="24"/>
        </w:rPr>
      </w:pPr>
      <w:proofErr w:type="spellStart"/>
      <w:r w:rsidRPr="0069565F">
        <w:rPr>
          <w:sz w:val="24"/>
          <w:szCs w:val="24"/>
        </w:rPr>
        <w:t>Stanowisko</w:t>
      </w:r>
      <w:proofErr w:type="spellEnd"/>
      <w:r w:rsidRPr="0069565F">
        <w:rPr>
          <w:sz w:val="24"/>
          <w:szCs w:val="24"/>
        </w:rPr>
        <w:t>: _____________</w:t>
      </w:r>
      <w:r w:rsidR="00494082">
        <w:rPr>
          <w:sz w:val="24"/>
          <w:szCs w:val="24"/>
        </w:rPr>
        <w:t>____________________________</w:t>
      </w:r>
      <w:r w:rsidRPr="0069565F">
        <w:rPr>
          <w:sz w:val="24"/>
          <w:szCs w:val="24"/>
        </w:rPr>
        <w:t>____________________</w:t>
      </w:r>
    </w:p>
    <w:p w14:paraId="76E0A57B" w14:textId="2DB74F5A" w:rsidR="00076A8F" w:rsidRPr="0069565F" w:rsidRDefault="00000000" w:rsidP="0007552D">
      <w:pPr>
        <w:spacing w:line="360" w:lineRule="auto"/>
        <w:rPr>
          <w:sz w:val="24"/>
          <w:szCs w:val="24"/>
        </w:rPr>
      </w:pPr>
      <w:proofErr w:type="spellStart"/>
      <w:r w:rsidRPr="0069565F">
        <w:rPr>
          <w:sz w:val="24"/>
          <w:szCs w:val="24"/>
        </w:rPr>
        <w:t>Telefon</w:t>
      </w:r>
      <w:proofErr w:type="spellEnd"/>
      <w:r w:rsidRPr="0069565F">
        <w:rPr>
          <w:sz w:val="24"/>
          <w:szCs w:val="24"/>
        </w:rPr>
        <w:t>: ___________________</w:t>
      </w:r>
      <w:r w:rsidR="00494082">
        <w:rPr>
          <w:sz w:val="24"/>
          <w:szCs w:val="24"/>
        </w:rPr>
        <w:t>_______________________________</w:t>
      </w:r>
      <w:r w:rsidRPr="0069565F">
        <w:rPr>
          <w:sz w:val="24"/>
          <w:szCs w:val="24"/>
        </w:rPr>
        <w:t>______________</w:t>
      </w:r>
    </w:p>
    <w:p w14:paraId="23395459" w14:textId="130FD5D9" w:rsidR="00076A8F" w:rsidRPr="0069565F" w:rsidRDefault="00000000" w:rsidP="0007552D">
      <w:pPr>
        <w:spacing w:line="360" w:lineRule="auto"/>
        <w:rPr>
          <w:sz w:val="24"/>
          <w:szCs w:val="24"/>
        </w:rPr>
      </w:pPr>
      <w:r w:rsidRPr="0069565F">
        <w:rPr>
          <w:sz w:val="24"/>
          <w:szCs w:val="24"/>
        </w:rPr>
        <w:t>E-mail: ___________________</w:t>
      </w:r>
      <w:r w:rsidR="00494082">
        <w:rPr>
          <w:sz w:val="24"/>
          <w:szCs w:val="24"/>
        </w:rPr>
        <w:t>________________________________</w:t>
      </w:r>
      <w:r w:rsidRPr="0069565F">
        <w:rPr>
          <w:sz w:val="24"/>
          <w:szCs w:val="24"/>
        </w:rPr>
        <w:t>______________</w:t>
      </w:r>
    </w:p>
    <w:p w14:paraId="644DE5E1" w14:textId="6EE3973D" w:rsidR="00076A8F" w:rsidRPr="0069565F" w:rsidRDefault="004B52CE">
      <w:pPr>
        <w:pStyle w:val="Nagwek2"/>
        <w:rPr>
          <w:color w:val="000000" w:themeColor="text1"/>
          <w:sz w:val="24"/>
          <w:szCs w:val="24"/>
        </w:rPr>
      </w:pPr>
      <w:r w:rsidRPr="00A423D8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631CEC" wp14:editId="1E998B22">
                <wp:simplePos x="0" y="0"/>
                <wp:positionH relativeFrom="margin">
                  <wp:posOffset>-297180</wp:posOffset>
                </wp:positionH>
                <wp:positionV relativeFrom="paragraph">
                  <wp:posOffset>476250</wp:posOffset>
                </wp:positionV>
                <wp:extent cx="6316980" cy="7612380"/>
                <wp:effectExtent l="0" t="0" r="26670" b="266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76123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4B499" w14:textId="1E23F70B" w:rsidR="004B52CE" w:rsidRDefault="004B52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31CE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3.4pt;margin-top:37.5pt;width:497.4pt;height:59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" fillcolor="white [3201]" strokecolor="black [3200]" strokeweight="2pt">
                <v:textbox>
                  <w:txbxContent>
                    <w:p w14:paraId="0204B499" w14:textId="1E23F70B" w:rsidR="004B52CE" w:rsidRDefault="004B52CE"/>
                  </w:txbxContent>
                </v:textbox>
                <w10:wrap type="square" anchorx="margin"/>
              </v:shape>
            </w:pict>
          </mc:Fallback>
        </mc:AlternateContent>
      </w:r>
      <w:r w:rsidR="0007552D" w:rsidRPr="0069565F">
        <w:rPr>
          <w:color w:val="000000" w:themeColor="text1"/>
          <w:sz w:val="24"/>
          <w:szCs w:val="24"/>
        </w:rPr>
        <w:t>III</w:t>
      </w:r>
      <w:r w:rsidR="00000000" w:rsidRPr="0069565F">
        <w:rPr>
          <w:color w:val="000000" w:themeColor="text1"/>
          <w:sz w:val="24"/>
          <w:szCs w:val="24"/>
        </w:rPr>
        <w:t xml:space="preserve">. </w:t>
      </w:r>
      <w:proofErr w:type="spellStart"/>
      <w:r w:rsidR="00000000" w:rsidRPr="0069565F">
        <w:rPr>
          <w:color w:val="000000" w:themeColor="text1"/>
          <w:sz w:val="24"/>
          <w:szCs w:val="24"/>
        </w:rPr>
        <w:t>Doświadczenie</w:t>
      </w:r>
      <w:proofErr w:type="spellEnd"/>
      <w:r w:rsidR="0021757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 </w:t>
      </w:r>
      <w:proofErr w:type="spellStart"/>
      <w:r>
        <w:rPr>
          <w:color w:val="000000" w:themeColor="text1"/>
          <w:sz w:val="24"/>
          <w:szCs w:val="24"/>
        </w:rPr>
        <w:t>realizacji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usług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społecznych</w:t>
      </w:r>
      <w:proofErr w:type="spellEnd"/>
      <w:r w:rsidR="0021757C">
        <w:rPr>
          <w:color w:val="000000" w:themeColor="text1"/>
          <w:sz w:val="24"/>
          <w:szCs w:val="24"/>
        </w:rPr>
        <w:t>/</w:t>
      </w:r>
      <w:proofErr w:type="spellStart"/>
      <w:r>
        <w:rPr>
          <w:color w:val="000000" w:themeColor="text1"/>
          <w:sz w:val="24"/>
          <w:szCs w:val="24"/>
        </w:rPr>
        <w:t>zdrowotnych</w:t>
      </w:r>
      <w:proofErr w:type="spellEnd"/>
      <w:r w:rsidR="0021757C">
        <w:rPr>
          <w:color w:val="000000" w:themeColor="text1"/>
          <w:sz w:val="24"/>
          <w:szCs w:val="24"/>
        </w:rPr>
        <w:t xml:space="preserve"> </w:t>
      </w:r>
      <w:proofErr w:type="spellStart"/>
      <w:r w:rsidR="0021757C">
        <w:rPr>
          <w:color w:val="000000" w:themeColor="text1"/>
          <w:sz w:val="24"/>
          <w:szCs w:val="24"/>
        </w:rPr>
        <w:t>oraz</w:t>
      </w:r>
      <w:proofErr w:type="spellEnd"/>
      <w:r w:rsidR="0021757C">
        <w:rPr>
          <w:color w:val="000000" w:themeColor="text1"/>
          <w:sz w:val="24"/>
          <w:szCs w:val="24"/>
        </w:rPr>
        <w:t xml:space="preserve"> w </w:t>
      </w:r>
      <w:proofErr w:type="spellStart"/>
      <w:r w:rsidR="0021757C">
        <w:rPr>
          <w:color w:val="000000" w:themeColor="text1"/>
          <w:sz w:val="24"/>
          <w:szCs w:val="24"/>
        </w:rPr>
        <w:t>pracy</w:t>
      </w:r>
      <w:proofErr w:type="spellEnd"/>
      <w:r w:rsidR="0021757C">
        <w:rPr>
          <w:color w:val="000000" w:themeColor="text1"/>
          <w:sz w:val="24"/>
          <w:szCs w:val="24"/>
        </w:rPr>
        <w:t xml:space="preserve"> z </w:t>
      </w:r>
      <w:proofErr w:type="spellStart"/>
      <w:r w:rsidR="0021757C">
        <w:rPr>
          <w:color w:val="000000" w:themeColor="text1"/>
          <w:sz w:val="24"/>
          <w:szCs w:val="24"/>
        </w:rPr>
        <w:t>grupą</w:t>
      </w:r>
      <w:proofErr w:type="spellEnd"/>
      <w:r w:rsidR="0021757C">
        <w:rPr>
          <w:color w:val="000000" w:themeColor="text1"/>
          <w:sz w:val="24"/>
          <w:szCs w:val="24"/>
        </w:rPr>
        <w:t xml:space="preserve"> </w:t>
      </w:r>
      <w:proofErr w:type="spellStart"/>
      <w:r w:rsidR="0021757C">
        <w:rPr>
          <w:color w:val="000000" w:themeColor="text1"/>
          <w:sz w:val="24"/>
          <w:szCs w:val="24"/>
        </w:rPr>
        <w:t>docelową</w:t>
      </w:r>
      <w:proofErr w:type="spellEnd"/>
    </w:p>
    <w:p w14:paraId="72E6C430" w14:textId="21585C79" w:rsidR="00076A8F" w:rsidRDefault="0007552D">
      <w:pPr>
        <w:pStyle w:val="Nagwek2"/>
        <w:rPr>
          <w:color w:val="000000" w:themeColor="text1"/>
          <w:sz w:val="24"/>
          <w:szCs w:val="24"/>
        </w:rPr>
      </w:pPr>
      <w:r w:rsidRPr="0069565F">
        <w:rPr>
          <w:color w:val="000000" w:themeColor="text1"/>
          <w:sz w:val="24"/>
          <w:szCs w:val="24"/>
        </w:rPr>
        <w:lastRenderedPageBreak/>
        <w:t>I</w:t>
      </w:r>
      <w:r w:rsidR="00000000" w:rsidRPr="0069565F">
        <w:rPr>
          <w:color w:val="000000" w:themeColor="text1"/>
          <w:sz w:val="24"/>
          <w:szCs w:val="24"/>
        </w:rPr>
        <w:t xml:space="preserve">V. </w:t>
      </w:r>
      <w:proofErr w:type="spellStart"/>
      <w:r w:rsidR="00000000" w:rsidRPr="0069565F">
        <w:rPr>
          <w:color w:val="000000" w:themeColor="text1"/>
          <w:sz w:val="24"/>
          <w:szCs w:val="24"/>
        </w:rPr>
        <w:t>Potencjał</w:t>
      </w:r>
      <w:proofErr w:type="spellEnd"/>
      <w:r w:rsidR="00000000" w:rsidRPr="0069565F">
        <w:rPr>
          <w:color w:val="000000" w:themeColor="text1"/>
          <w:sz w:val="24"/>
          <w:szCs w:val="24"/>
        </w:rPr>
        <w:t xml:space="preserve"> </w:t>
      </w:r>
      <w:proofErr w:type="spellStart"/>
      <w:r w:rsidR="00000000" w:rsidRPr="0069565F">
        <w:rPr>
          <w:color w:val="000000" w:themeColor="text1"/>
          <w:sz w:val="24"/>
          <w:szCs w:val="24"/>
        </w:rPr>
        <w:t>kadrowy</w:t>
      </w:r>
      <w:proofErr w:type="spellEnd"/>
    </w:p>
    <w:p w14:paraId="073AA387" w14:textId="0D42A2E8" w:rsidR="00FB6CDB" w:rsidRDefault="004B52CE" w:rsidP="00FB6CDB">
      <w:r w:rsidRPr="00A423D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DBE063" wp14:editId="31CAD3AC">
                <wp:simplePos x="0" y="0"/>
                <wp:positionH relativeFrom="margin">
                  <wp:posOffset>-213360</wp:posOffset>
                </wp:positionH>
                <wp:positionV relativeFrom="paragraph">
                  <wp:posOffset>251460</wp:posOffset>
                </wp:positionV>
                <wp:extent cx="6263640" cy="7642860"/>
                <wp:effectExtent l="0" t="0" r="22860" b="15240"/>
                <wp:wrapSquare wrapText="bothSides"/>
                <wp:docPr id="53503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7642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5E3C851" w14:textId="77777777" w:rsidR="004B52CE" w:rsidRDefault="004B52CE" w:rsidP="004B52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BE063" id="_x0000_s1027" type="#_x0000_t202" style="position:absolute;margin-left:-16.8pt;margin-top:19.8pt;width:493.2pt;height:60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" fillcolor="window" strokecolor="windowText" strokeweight="2pt">
                <v:textbox>
                  <w:txbxContent>
                    <w:p w14:paraId="25E3C851" w14:textId="77777777" w:rsidR="004B52CE" w:rsidRDefault="004B52CE" w:rsidP="004B52CE"/>
                  </w:txbxContent>
                </v:textbox>
                <w10:wrap type="square" anchorx="margin"/>
              </v:shape>
            </w:pict>
          </mc:Fallback>
        </mc:AlternateContent>
      </w:r>
    </w:p>
    <w:p w14:paraId="015A453A" w14:textId="64C6C582" w:rsidR="00FB6CDB" w:rsidRPr="00FB6CDB" w:rsidRDefault="004B52CE" w:rsidP="00FB6CDB">
      <w:pPr>
        <w:rPr>
          <w:b/>
          <w:bCs/>
          <w:sz w:val="24"/>
          <w:szCs w:val="24"/>
        </w:rPr>
      </w:pPr>
      <w:r w:rsidRPr="00A423D8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1FD712" wp14:editId="447915E1">
                <wp:simplePos x="0" y="0"/>
                <wp:positionH relativeFrom="margin">
                  <wp:posOffset>-213360</wp:posOffset>
                </wp:positionH>
                <wp:positionV relativeFrom="paragraph">
                  <wp:posOffset>331470</wp:posOffset>
                </wp:positionV>
                <wp:extent cx="6263640" cy="4015740"/>
                <wp:effectExtent l="0" t="0" r="22860" b="22860"/>
                <wp:wrapSquare wrapText="bothSides"/>
                <wp:docPr id="12671660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01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2834006" w14:textId="77777777" w:rsidR="004B52CE" w:rsidRDefault="004B52CE" w:rsidP="004B52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FD712" id="_x0000_s1028" type="#_x0000_t202" style="position:absolute;margin-left:-16.8pt;margin-top:26.1pt;width:493.2pt;height:316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" fillcolor="window" strokecolor="windowText" strokeweight="2pt">
                <v:textbox>
                  <w:txbxContent>
                    <w:p w14:paraId="72834006" w14:textId="77777777" w:rsidR="004B52CE" w:rsidRDefault="004B52CE" w:rsidP="004B52CE"/>
                  </w:txbxContent>
                </v:textbox>
                <w10:wrap type="square" anchorx="margin"/>
              </v:shape>
            </w:pict>
          </mc:Fallback>
        </mc:AlternateContent>
      </w:r>
      <w:r w:rsidR="00FB6CDB" w:rsidRPr="00FB6CDB">
        <w:rPr>
          <w:b/>
          <w:bCs/>
          <w:sz w:val="24"/>
          <w:szCs w:val="24"/>
        </w:rPr>
        <w:t xml:space="preserve">V. </w:t>
      </w:r>
      <w:proofErr w:type="spellStart"/>
      <w:r w:rsidR="00FB6CDB" w:rsidRPr="00FB6CDB">
        <w:rPr>
          <w:b/>
          <w:bCs/>
          <w:sz w:val="24"/>
          <w:szCs w:val="24"/>
        </w:rPr>
        <w:t>Potencjał</w:t>
      </w:r>
      <w:proofErr w:type="spellEnd"/>
      <w:r w:rsidR="00FB6CDB" w:rsidRPr="00FB6CDB">
        <w:rPr>
          <w:b/>
          <w:bCs/>
          <w:sz w:val="24"/>
          <w:szCs w:val="24"/>
        </w:rPr>
        <w:t xml:space="preserve"> </w:t>
      </w:r>
      <w:proofErr w:type="spellStart"/>
      <w:r w:rsidR="00FB6CDB" w:rsidRPr="00FB6CDB">
        <w:rPr>
          <w:b/>
          <w:bCs/>
          <w:sz w:val="24"/>
          <w:szCs w:val="24"/>
        </w:rPr>
        <w:t>organizacyjny</w:t>
      </w:r>
      <w:proofErr w:type="spellEnd"/>
      <w:r w:rsidR="00FB6CDB" w:rsidRPr="00FB6CDB">
        <w:rPr>
          <w:b/>
          <w:bCs/>
          <w:sz w:val="24"/>
          <w:szCs w:val="24"/>
        </w:rPr>
        <w:t xml:space="preserve"> </w:t>
      </w:r>
      <w:proofErr w:type="spellStart"/>
      <w:r w:rsidR="00FB6CDB" w:rsidRPr="00FB6CDB">
        <w:rPr>
          <w:b/>
          <w:bCs/>
          <w:sz w:val="24"/>
          <w:szCs w:val="24"/>
        </w:rPr>
        <w:t>i</w:t>
      </w:r>
      <w:proofErr w:type="spellEnd"/>
      <w:r w:rsidR="00FB6CDB" w:rsidRPr="00FB6CDB">
        <w:rPr>
          <w:b/>
          <w:bCs/>
          <w:sz w:val="24"/>
          <w:szCs w:val="24"/>
        </w:rPr>
        <w:t xml:space="preserve"> </w:t>
      </w:r>
      <w:proofErr w:type="spellStart"/>
      <w:r w:rsidR="00FB6CDB" w:rsidRPr="00FB6CDB">
        <w:rPr>
          <w:b/>
          <w:bCs/>
          <w:sz w:val="24"/>
          <w:szCs w:val="24"/>
        </w:rPr>
        <w:t>techniczny</w:t>
      </w:r>
      <w:proofErr w:type="spellEnd"/>
    </w:p>
    <w:p w14:paraId="46FF0911" w14:textId="77777777" w:rsidR="004B52CE" w:rsidRDefault="004B52CE">
      <w:pPr>
        <w:pStyle w:val="Nagwek2"/>
        <w:rPr>
          <w:color w:val="000000" w:themeColor="text1"/>
          <w:sz w:val="24"/>
          <w:szCs w:val="24"/>
        </w:rPr>
      </w:pPr>
    </w:p>
    <w:p w14:paraId="32A24BC2" w14:textId="677D24F0" w:rsidR="00076A8F" w:rsidRPr="0069565F" w:rsidRDefault="00000000">
      <w:pPr>
        <w:pStyle w:val="Nagwek2"/>
        <w:rPr>
          <w:color w:val="000000" w:themeColor="text1"/>
          <w:sz w:val="24"/>
          <w:szCs w:val="24"/>
        </w:rPr>
      </w:pPr>
      <w:r w:rsidRPr="0069565F">
        <w:rPr>
          <w:color w:val="000000" w:themeColor="text1"/>
          <w:sz w:val="24"/>
          <w:szCs w:val="24"/>
        </w:rPr>
        <w:t xml:space="preserve">VI. </w:t>
      </w:r>
      <w:proofErr w:type="spellStart"/>
      <w:r w:rsidRPr="0069565F">
        <w:rPr>
          <w:color w:val="000000" w:themeColor="text1"/>
          <w:sz w:val="24"/>
          <w:szCs w:val="24"/>
        </w:rPr>
        <w:t>Oświadczenia</w:t>
      </w:r>
      <w:proofErr w:type="spellEnd"/>
    </w:p>
    <w:p w14:paraId="0110FF0B" w14:textId="2C258EFC" w:rsidR="0007552D" w:rsidRPr="0069565F" w:rsidRDefault="0007552D" w:rsidP="0007552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</w:t>
      </w: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świadczam, że:</w:t>
      </w:r>
    </w:p>
    <w:p w14:paraId="329F9138" w14:textId="55EF4D76" w:rsidR="0007552D" w:rsidRPr="0069565F" w:rsidRDefault="0007552D" w:rsidP="006956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wszystkie informacje, dane oraz dokumenty przekazane w ramach zgłoszenia do otwartego naboru partnera są kompletne, zgodne ze stanem faktycznym oraz prawnym na dzień złożenia zgłoszenia;</w:t>
      </w:r>
    </w:p>
    <w:p w14:paraId="2E92E73F" w14:textId="77777777" w:rsidR="0007552D" w:rsidRPr="0069565F" w:rsidRDefault="0007552D" w:rsidP="000755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jestem świadomy(-a), że podanie informacji niezgodnych z prawdą może skutkować odrzuceniem zgłoszenia lub rozwiązaniem partnerstwa na etapie realizacji projektu;</w:t>
      </w:r>
    </w:p>
    <w:p w14:paraId="54BE2487" w14:textId="3F6A109B" w:rsidR="0007552D" w:rsidRPr="0069565F" w:rsidRDefault="00626EF6" w:rsidP="000755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podmiot nie podlega wykluczeniu z ubiegania się o środki publiczne.</w:t>
      </w:r>
    </w:p>
    <w:p w14:paraId="536A424B" w14:textId="77777777" w:rsidR="0007552D" w:rsidRPr="0069565F" w:rsidRDefault="0007552D" w:rsidP="0007552D">
      <w:pPr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733F5B7" w14:textId="2390FED1" w:rsidR="0007552D" w:rsidRPr="0069565F" w:rsidRDefault="0007552D" w:rsidP="0007552D">
      <w:pPr>
        <w:spacing w:before="100" w:beforeAutospacing="1" w:after="100" w:afterAutospacing="1" w:line="240" w:lineRule="auto"/>
        <w:ind w:left="720" w:firstLine="4809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………………………………………………</w:t>
      </w:r>
    </w:p>
    <w:p w14:paraId="013D71AA" w14:textId="729428FC" w:rsidR="0007552D" w:rsidRPr="0069565F" w:rsidRDefault="0007552D" w:rsidP="0007552D">
      <w:pPr>
        <w:spacing w:before="100" w:beforeAutospacing="1" w:after="100" w:afterAutospacing="1" w:line="240" w:lineRule="auto"/>
        <w:ind w:left="720" w:firstLine="5943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Podpis</w:t>
      </w:r>
    </w:p>
    <w:p w14:paraId="0D8A056D" w14:textId="62200E0F" w:rsidR="0007552D" w:rsidRPr="0069565F" w:rsidRDefault="0007552D" w:rsidP="0007552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lastRenderedPageBreak/>
        <w:t>O</w:t>
      </w: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świadczam, że podmiot reprezentowany przeze mnie nie jest powiązany osobowo ani kapitałowo z </w:t>
      </w:r>
      <w:r w:rsidR="0069565F"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organizatorem naboru</w:t>
      </w: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oraz z osobami uczestniczącymi w procedurze wyboru partnera.</w:t>
      </w:r>
    </w:p>
    <w:p w14:paraId="02FEDB20" w14:textId="77777777" w:rsidR="0007552D" w:rsidRPr="0069565F" w:rsidRDefault="0007552D" w:rsidP="0007552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Przez powiązania osobowe lub kapitałowe rozumie się w szczególności:</w:t>
      </w:r>
    </w:p>
    <w:p w14:paraId="06291AC4" w14:textId="77777777" w:rsidR="0007552D" w:rsidRPr="0069565F" w:rsidRDefault="0007552D" w:rsidP="00075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uczestniczenie w spółce jako wspólnik spółki cywilnej lub spółki osobowej;</w:t>
      </w:r>
    </w:p>
    <w:p w14:paraId="71F49743" w14:textId="77777777" w:rsidR="0007552D" w:rsidRPr="0069565F" w:rsidRDefault="0007552D" w:rsidP="00075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posiadanie co najmniej 10% udziałów lub akcji;</w:t>
      </w:r>
    </w:p>
    <w:p w14:paraId="4F5BCFCE" w14:textId="77777777" w:rsidR="0007552D" w:rsidRPr="0069565F" w:rsidRDefault="0007552D" w:rsidP="00075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pełnienie funkcji członka organu nadzorczego lub zarządzającego, prokurenta albo pełnomocnika;</w:t>
      </w:r>
    </w:p>
    <w:p w14:paraId="103FE0BD" w14:textId="77777777" w:rsidR="0007552D" w:rsidRPr="0069565F" w:rsidRDefault="0007552D" w:rsidP="00075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pozostawanie w związku małżeńskim, w stosunku pokrewieństwa lub powinowactwa w linii prostej, pokrewieństwa lub powinowactwa w linii bocznej do drugiego stopnia albo pozostawanie w stosunku przysposobienia, opieki lub kurateli;</w:t>
      </w:r>
    </w:p>
    <w:p w14:paraId="7D9D7066" w14:textId="77777777" w:rsidR="0007552D" w:rsidRPr="0069565F" w:rsidRDefault="0007552D" w:rsidP="00075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występowanie innych relacji mogących budzić uzasadnione wątpliwości co do zachowania bezstronności i przejrzystości procedury wyboru partnera.</w:t>
      </w:r>
    </w:p>
    <w:p w14:paraId="1BEDECAC" w14:textId="3A256879" w:rsidR="0007552D" w:rsidRDefault="0007552D" w:rsidP="0007552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Jednocześnie zobowiązuję się do niezwłocznego poinformowania </w:t>
      </w:r>
      <w:r w:rsidR="0069565F"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organizatora naboru</w:t>
      </w: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o zaistnieniu okoliczności powodujących powstanie takich powiązań po złożeniu</w:t>
      </w:r>
      <w:r w:rsidR="0069565F"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</w:t>
      </w: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niniejszego oświadczenia.</w:t>
      </w:r>
    </w:p>
    <w:p w14:paraId="4263ED5D" w14:textId="77777777" w:rsidR="008A70C3" w:rsidRPr="0069565F" w:rsidRDefault="008A70C3" w:rsidP="008A70C3">
      <w:pPr>
        <w:spacing w:before="100" w:beforeAutospacing="1" w:after="100" w:afterAutospacing="1" w:line="240" w:lineRule="auto"/>
        <w:ind w:left="720" w:firstLine="4809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………………………………………………</w:t>
      </w:r>
    </w:p>
    <w:p w14:paraId="0E95E88C" w14:textId="77777777" w:rsidR="008A70C3" w:rsidRPr="0069565F" w:rsidRDefault="008A70C3" w:rsidP="008A70C3">
      <w:pPr>
        <w:spacing w:before="100" w:beforeAutospacing="1" w:after="100" w:afterAutospacing="1" w:line="240" w:lineRule="auto"/>
        <w:ind w:left="720" w:firstLine="5943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69565F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Podpis</w:t>
      </w:r>
    </w:p>
    <w:p w14:paraId="008DA2EA" w14:textId="7449301A" w:rsidR="008A70C3" w:rsidRDefault="008A70C3">
      <w:pPr>
        <w:rPr>
          <w:b/>
          <w:bCs/>
          <w:sz w:val="24"/>
          <w:szCs w:val="24"/>
        </w:rPr>
      </w:pPr>
      <w:r w:rsidRPr="008A70C3">
        <w:rPr>
          <w:b/>
          <w:bCs/>
          <w:sz w:val="24"/>
          <w:szCs w:val="24"/>
        </w:rPr>
        <w:t xml:space="preserve">VII. </w:t>
      </w:r>
      <w:proofErr w:type="spellStart"/>
      <w:r w:rsidRPr="008A70C3">
        <w:rPr>
          <w:b/>
          <w:bCs/>
          <w:sz w:val="24"/>
          <w:szCs w:val="24"/>
        </w:rPr>
        <w:t>Załączniki</w:t>
      </w:r>
      <w:proofErr w:type="spellEnd"/>
    </w:p>
    <w:p w14:paraId="7A332087" w14:textId="7732E03F" w:rsidR="008A70C3" w:rsidRDefault="008A70C3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0C71DB24" w14:textId="5730DD16" w:rsidR="008A70C3" w:rsidRDefault="008A70C3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44954A71" w14:textId="29052D6E" w:rsidR="008A70C3" w:rsidRDefault="008A70C3">
      <w:pPr>
        <w:rPr>
          <w:sz w:val="24"/>
          <w:szCs w:val="24"/>
        </w:rPr>
      </w:pPr>
      <w:r>
        <w:rPr>
          <w:sz w:val="24"/>
          <w:szCs w:val="24"/>
        </w:rPr>
        <w:t>3.</w:t>
      </w:r>
    </w:p>
    <w:p w14:paraId="68A10CD1" w14:textId="0BDD19BD" w:rsidR="008A70C3" w:rsidRPr="008A70C3" w:rsidRDefault="008A70C3">
      <w:pPr>
        <w:rPr>
          <w:sz w:val="24"/>
          <w:szCs w:val="24"/>
        </w:rPr>
      </w:pPr>
      <w:r>
        <w:rPr>
          <w:sz w:val="24"/>
          <w:szCs w:val="24"/>
        </w:rPr>
        <w:t>4.</w:t>
      </w:r>
    </w:p>
    <w:p w14:paraId="6ED03EB2" w14:textId="77777777" w:rsidR="008A70C3" w:rsidRDefault="008A70C3">
      <w:pPr>
        <w:rPr>
          <w:sz w:val="24"/>
          <w:szCs w:val="24"/>
        </w:rPr>
      </w:pPr>
    </w:p>
    <w:p w14:paraId="0BF03B9B" w14:textId="54AF9411" w:rsidR="00076A8F" w:rsidRPr="0069565F" w:rsidRDefault="00000000">
      <w:pPr>
        <w:rPr>
          <w:sz w:val="24"/>
          <w:szCs w:val="24"/>
        </w:rPr>
      </w:pPr>
      <w:proofErr w:type="spellStart"/>
      <w:r w:rsidRPr="0069565F">
        <w:rPr>
          <w:sz w:val="24"/>
          <w:szCs w:val="24"/>
        </w:rPr>
        <w:t>Miejscowość</w:t>
      </w:r>
      <w:proofErr w:type="spellEnd"/>
      <w:r w:rsidRPr="0069565F">
        <w:rPr>
          <w:sz w:val="24"/>
          <w:szCs w:val="24"/>
        </w:rPr>
        <w:t xml:space="preserve"> _________</w:t>
      </w:r>
      <w:r w:rsidR="0069565F" w:rsidRPr="0069565F">
        <w:rPr>
          <w:sz w:val="24"/>
          <w:szCs w:val="24"/>
        </w:rPr>
        <w:t>___________</w:t>
      </w:r>
      <w:r w:rsidRPr="0069565F">
        <w:rPr>
          <w:sz w:val="24"/>
          <w:szCs w:val="24"/>
        </w:rPr>
        <w:t>_ Data ______</w:t>
      </w:r>
      <w:r w:rsidR="0069565F" w:rsidRPr="0069565F">
        <w:rPr>
          <w:sz w:val="24"/>
          <w:szCs w:val="24"/>
        </w:rPr>
        <w:t>_____</w:t>
      </w:r>
      <w:r w:rsidRPr="0069565F">
        <w:rPr>
          <w:sz w:val="24"/>
          <w:szCs w:val="24"/>
        </w:rPr>
        <w:t>____</w:t>
      </w:r>
      <w:r w:rsidRPr="0069565F">
        <w:rPr>
          <w:sz w:val="24"/>
          <w:szCs w:val="24"/>
        </w:rPr>
        <w:br/>
      </w:r>
      <w:r w:rsidRPr="0069565F">
        <w:rPr>
          <w:sz w:val="24"/>
          <w:szCs w:val="24"/>
        </w:rPr>
        <w:br/>
      </w:r>
      <w:proofErr w:type="spellStart"/>
      <w:r w:rsidRPr="0069565F">
        <w:rPr>
          <w:sz w:val="24"/>
          <w:szCs w:val="24"/>
        </w:rPr>
        <w:t>Podpis</w:t>
      </w:r>
      <w:proofErr w:type="spellEnd"/>
      <w:r w:rsidRPr="0069565F">
        <w:rPr>
          <w:sz w:val="24"/>
          <w:szCs w:val="24"/>
        </w:rPr>
        <w:t xml:space="preserve"> ____________</w:t>
      </w:r>
      <w:r w:rsidR="0069565F" w:rsidRPr="0069565F">
        <w:rPr>
          <w:sz w:val="24"/>
          <w:szCs w:val="24"/>
        </w:rPr>
        <w:t>___</w:t>
      </w:r>
      <w:r w:rsidRPr="0069565F">
        <w:rPr>
          <w:sz w:val="24"/>
          <w:szCs w:val="24"/>
        </w:rPr>
        <w:t>___________</w:t>
      </w:r>
    </w:p>
    <w:sectPr w:rsidR="00076A8F" w:rsidRPr="0069565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D70C" w14:textId="77777777" w:rsidR="004C5E43" w:rsidRDefault="004C5E43" w:rsidP="0007552D">
      <w:pPr>
        <w:spacing w:after="0" w:line="240" w:lineRule="auto"/>
      </w:pPr>
      <w:r>
        <w:separator/>
      </w:r>
    </w:p>
  </w:endnote>
  <w:endnote w:type="continuationSeparator" w:id="0">
    <w:p w14:paraId="47F4762C" w14:textId="77777777" w:rsidR="004C5E43" w:rsidRDefault="004C5E43" w:rsidP="0007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55DC9" w14:textId="77777777" w:rsidR="004C5E43" w:rsidRDefault="004C5E43" w:rsidP="0007552D">
      <w:pPr>
        <w:spacing w:after="0" w:line="240" w:lineRule="auto"/>
      </w:pPr>
      <w:r>
        <w:separator/>
      </w:r>
    </w:p>
  </w:footnote>
  <w:footnote w:type="continuationSeparator" w:id="0">
    <w:p w14:paraId="34648FC3" w14:textId="77777777" w:rsidR="004C5E43" w:rsidRDefault="004C5E43" w:rsidP="00075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F564" w14:textId="3D8FAFD7" w:rsidR="0007552D" w:rsidRDefault="0007552D">
    <w:pPr>
      <w:pStyle w:val="Nagwek"/>
    </w:pPr>
    <w:r>
      <w:rPr>
        <w:noProof/>
      </w:rPr>
      <w:drawing>
        <wp:inline distT="0" distB="0" distL="0" distR="0" wp14:anchorId="4C59A864" wp14:editId="0ED55E63">
          <wp:extent cx="5486400" cy="560520"/>
          <wp:effectExtent l="0" t="0" r="0" b="0"/>
          <wp:docPr id="3" name="Obraz 2" descr="Zestawienie FE+RP+UE+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tawienie FE+RP+UE+H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2C7313"/>
    <w:multiLevelType w:val="multilevel"/>
    <w:tmpl w:val="C576D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E15760"/>
    <w:multiLevelType w:val="multilevel"/>
    <w:tmpl w:val="6F5C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5822459">
    <w:abstractNumId w:val="8"/>
  </w:num>
  <w:num w:numId="2" w16cid:durableId="1262758700">
    <w:abstractNumId w:val="6"/>
  </w:num>
  <w:num w:numId="3" w16cid:durableId="494298968">
    <w:abstractNumId w:val="5"/>
  </w:num>
  <w:num w:numId="4" w16cid:durableId="1793864342">
    <w:abstractNumId w:val="4"/>
  </w:num>
  <w:num w:numId="5" w16cid:durableId="2029716411">
    <w:abstractNumId w:val="7"/>
  </w:num>
  <w:num w:numId="6" w16cid:durableId="2065982492">
    <w:abstractNumId w:val="3"/>
  </w:num>
  <w:num w:numId="7" w16cid:durableId="53311070">
    <w:abstractNumId w:val="2"/>
  </w:num>
  <w:num w:numId="8" w16cid:durableId="1887141876">
    <w:abstractNumId w:val="1"/>
  </w:num>
  <w:num w:numId="9" w16cid:durableId="2104691082">
    <w:abstractNumId w:val="0"/>
  </w:num>
  <w:num w:numId="10" w16cid:durableId="2050034336">
    <w:abstractNumId w:val="9"/>
  </w:num>
  <w:num w:numId="11" w16cid:durableId="7515143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17B"/>
    <w:rsid w:val="00034616"/>
    <w:rsid w:val="0006063C"/>
    <w:rsid w:val="0007552D"/>
    <w:rsid w:val="00076A8F"/>
    <w:rsid w:val="0015074B"/>
    <w:rsid w:val="0021757C"/>
    <w:rsid w:val="002213A4"/>
    <w:rsid w:val="0029639D"/>
    <w:rsid w:val="00326F90"/>
    <w:rsid w:val="00494082"/>
    <w:rsid w:val="004B52CE"/>
    <w:rsid w:val="004C5E43"/>
    <w:rsid w:val="005D46C3"/>
    <w:rsid w:val="00626EF6"/>
    <w:rsid w:val="0069565F"/>
    <w:rsid w:val="008A70C3"/>
    <w:rsid w:val="00A423D8"/>
    <w:rsid w:val="00AA1D8D"/>
    <w:rsid w:val="00B439DE"/>
    <w:rsid w:val="00B47730"/>
    <w:rsid w:val="00CB0664"/>
    <w:rsid w:val="00FB6C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059465"/>
  <w14:defaultImageDpi w14:val="300"/>
  <w15:docId w15:val="{C9E3B98C-8828-4523-B546-6923F644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Lorczyk</cp:lastModifiedBy>
  <cp:revision>8</cp:revision>
  <dcterms:created xsi:type="dcterms:W3CDTF">2026-08-06T12:25:00Z</dcterms:created>
  <dcterms:modified xsi:type="dcterms:W3CDTF">2026-08-06T17:46:00Z</dcterms:modified>
  <cp:category/>
</cp:coreProperties>
</file>