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59C64" w14:textId="77777777" w:rsidR="007670CA" w:rsidRDefault="00000000">
      <w:pPr>
        <w:pStyle w:val="Tytu"/>
        <w:jc w:val="center"/>
      </w:pPr>
      <w:r>
        <w:t>ZAŁĄCZNIK NR 2 – KARTA OCENY ZGŁOSZENIA PARTNERA</w:t>
      </w:r>
    </w:p>
    <w:p w14:paraId="65CD6E3C" w14:textId="77777777" w:rsidR="007670CA" w:rsidRDefault="00000000">
      <w:pPr>
        <w:jc w:val="center"/>
      </w:pPr>
      <w:r>
        <w:rPr>
          <w:b/>
        </w:rPr>
        <w:t>Program Fundusze Europejskie dla Wielkopolski 2021–2027</w:t>
      </w:r>
      <w:r>
        <w:rPr>
          <w:b/>
        </w:rPr>
        <w:br/>
        <w:t>Działanie 06.13 „Usługi społeczne i zdrowotne”</w:t>
      </w:r>
      <w:r>
        <w:rPr>
          <w:b/>
        </w:rPr>
        <w:br/>
        <w:t>Nabór FEWP.06.13-IZ.00-003/26</w:t>
      </w:r>
    </w:p>
    <w:p w14:paraId="150ADFB2" w14:textId="77777777" w:rsidR="007670CA" w:rsidRDefault="00000000">
      <w:r>
        <w:t>Nazwa kandydata: ___________________________________________________________</w:t>
      </w:r>
      <w:r>
        <w:br/>
        <w:t>Data wpływu: _____________________  Nr zgłoszenia: _____________________</w:t>
      </w:r>
    </w:p>
    <w:p w14:paraId="5D3478B8" w14:textId="77777777" w:rsidR="007670CA" w:rsidRDefault="00000000">
      <w:pPr>
        <w:pStyle w:val="Nagwek1"/>
      </w:pPr>
      <w:r>
        <w:t>A. Ocena formalna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91"/>
        <w:gridCol w:w="2490"/>
        <w:gridCol w:w="2490"/>
        <w:gridCol w:w="2491"/>
      </w:tblGrid>
      <w:tr w:rsidR="007670CA" w14:paraId="192D7264" w14:textId="77777777">
        <w:trPr>
          <w:cantSplit/>
          <w:tblHeader/>
          <w:jc w:val="center"/>
        </w:trPr>
        <w:tc>
          <w:tcPr>
            <w:tcW w:w="2493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1080881" w14:textId="77777777" w:rsidR="007670CA" w:rsidRDefault="00000000">
            <w:r>
              <w:rPr>
                <w:sz w:val="18"/>
              </w:rPr>
              <w:t>Kryterium</w:t>
            </w:r>
          </w:p>
        </w:tc>
        <w:tc>
          <w:tcPr>
            <w:tcW w:w="2493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C3B18A6" w14:textId="77777777" w:rsidR="007670CA" w:rsidRDefault="00000000">
            <w:r>
              <w:rPr>
                <w:sz w:val="18"/>
              </w:rPr>
              <w:t>TAK</w:t>
            </w:r>
          </w:p>
        </w:tc>
        <w:tc>
          <w:tcPr>
            <w:tcW w:w="2493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22D85B3" w14:textId="77777777" w:rsidR="007670CA" w:rsidRDefault="00000000">
            <w:r>
              <w:rPr>
                <w:sz w:val="18"/>
              </w:rPr>
              <w:t>NIE</w:t>
            </w:r>
          </w:p>
        </w:tc>
        <w:tc>
          <w:tcPr>
            <w:tcW w:w="2493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76F055D" w14:textId="77777777" w:rsidR="007670CA" w:rsidRDefault="00000000">
            <w:r>
              <w:rPr>
                <w:sz w:val="18"/>
              </w:rPr>
              <w:t>Uwagi / wezwanie do uzupełnienia</w:t>
            </w:r>
          </w:p>
        </w:tc>
      </w:tr>
      <w:tr w:rsidR="007670CA" w14:paraId="04622252" w14:textId="77777777">
        <w:trPr>
          <w:cantSplit/>
          <w:jc w:val="center"/>
        </w:trPr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F8A233E" w14:textId="77777777" w:rsidR="007670CA" w:rsidRDefault="00000000">
            <w:r>
              <w:rPr>
                <w:sz w:val="18"/>
              </w:rPr>
              <w:t>Zgłoszenie wpłynęło w terminie i w dopuszczalnej formie.</w:t>
            </w:r>
          </w:p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176F536" w14:textId="77777777" w:rsidR="007670CA" w:rsidRDefault="00000000">
            <w:r>
              <w:rPr>
                <w:sz w:val="18"/>
              </w:rPr>
              <w:t>☐</w:t>
            </w:r>
          </w:p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BAA03D6" w14:textId="77777777" w:rsidR="007670CA" w:rsidRDefault="00000000">
            <w:r>
              <w:rPr>
                <w:sz w:val="18"/>
              </w:rPr>
              <w:t>☐</w:t>
            </w:r>
          </w:p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462263F" w14:textId="77777777" w:rsidR="007670CA" w:rsidRDefault="007670CA"/>
        </w:tc>
      </w:tr>
      <w:tr w:rsidR="007670CA" w14:paraId="31E2E53A" w14:textId="77777777">
        <w:trPr>
          <w:cantSplit/>
          <w:jc w:val="center"/>
        </w:trPr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3CB58B0" w14:textId="77777777" w:rsidR="007670CA" w:rsidRDefault="00000000">
            <w:r>
              <w:rPr>
                <w:sz w:val="18"/>
              </w:rPr>
              <w:t>Formularz został podpisany przez osobę/osoby uprawnione.</w:t>
            </w:r>
          </w:p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B163AEA" w14:textId="77777777" w:rsidR="007670CA" w:rsidRDefault="00000000">
            <w:r>
              <w:rPr>
                <w:sz w:val="18"/>
              </w:rPr>
              <w:t>☐</w:t>
            </w:r>
          </w:p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EDF2130" w14:textId="77777777" w:rsidR="007670CA" w:rsidRDefault="00000000">
            <w:r>
              <w:rPr>
                <w:sz w:val="18"/>
              </w:rPr>
              <w:t>☐</w:t>
            </w:r>
          </w:p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10903C7" w14:textId="77777777" w:rsidR="007670CA" w:rsidRDefault="007670CA"/>
        </w:tc>
      </w:tr>
      <w:tr w:rsidR="007670CA" w14:paraId="04747DEA" w14:textId="77777777">
        <w:trPr>
          <w:cantSplit/>
          <w:jc w:val="center"/>
        </w:trPr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880A62E" w14:textId="77777777" w:rsidR="007670CA" w:rsidRDefault="00000000">
            <w:r>
              <w:rPr>
                <w:sz w:val="18"/>
              </w:rPr>
              <w:t>Kandydat jest podmiotem uprawnionym do udziału w projekcie partnerskim w tym naborze.</w:t>
            </w:r>
          </w:p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A7410D3" w14:textId="77777777" w:rsidR="007670CA" w:rsidRDefault="00000000">
            <w:r>
              <w:rPr>
                <w:sz w:val="18"/>
              </w:rPr>
              <w:t>☐</w:t>
            </w:r>
          </w:p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1B62786" w14:textId="77777777" w:rsidR="007670CA" w:rsidRDefault="00000000">
            <w:r>
              <w:rPr>
                <w:sz w:val="18"/>
              </w:rPr>
              <w:t>☐</w:t>
            </w:r>
          </w:p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417145A" w14:textId="77777777" w:rsidR="007670CA" w:rsidRDefault="007670CA"/>
        </w:tc>
      </w:tr>
      <w:tr w:rsidR="007670CA" w14:paraId="6851CB93" w14:textId="77777777">
        <w:trPr>
          <w:cantSplit/>
          <w:jc w:val="center"/>
        </w:trPr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40F3CD9" w14:textId="77777777" w:rsidR="007670CA" w:rsidRDefault="00000000">
            <w:r>
              <w:rPr>
                <w:sz w:val="18"/>
              </w:rPr>
              <w:t>Złożono wymagane oświadczenia.</w:t>
            </w:r>
          </w:p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79E0535" w14:textId="77777777" w:rsidR="007670CA" w:rsidRDefault="00000000">
            <w:r>
              <w:rPr>
                <w:sz w:val="18"/>
              </w:rPr>
              <w:t>☐</w:t>
            </w:r>
          </w:p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43A9AD1" w14:textId="77777777" w:rsidR="007670CA" w:rsidRDefault="00000000">
            <w:r>
              <w:rPr>
                <w:sz w:val="18"/>
              </w:rPr>
              <w:t>☐</w:t>
            </w:r>
          </w:p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7523897" w14:textId="77777777" w:rsidR="007670CA" w:rsidRDefault="007670CA"/>
        </w:tc>
      </w:tr>
      <w:tr w:rsidR="007670CA" w14:paraId="10DFE7AF" w14:textId="77777777">
        <w:trPr>
          <w:cantSplit/>
          <w:jc w:val="center"/>
        </w:trPr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4FBB4A0" w14:textId="77777777" w:rsidR="007670CA" w:rsidRDefault="00000000">
            <w:r>
              <w:rPr>
                <w:sz w:val="18"/>
              </w:rPr>
              <w:t>Zgłoszenie zawiera dane umożliwiające ocenę merytoryczną.</w:t>
            </w:r>
          </w:p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74D1904" w14:textId="77777777" w:rsidR="007670CA" w:rsidRDefault="00000000">
            <w:r>
              <w:rPr>
                <w:sz w:val="18"/>
              </w:rPr>
              <w:t>☐</w:t>
            </w:r>
          </w:p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3C5A5D1" w14:textId="77777777" w:rsidR="007670CA" w:rsidRDefault="00000000">
            <w:r>
              <w:rPr>
                <w:sz w:val="18"/>
              </w:rPr>
              <w:t>☐</w:t>
            </w:r>
          </w:p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07703F7" w14:textId="77777777" w:rsidR="007670CA" w:rsidRDefault="007670CA"/>
        </w:tc>
      </w:tr>
    </w:tbl>
    <w:p w14:paraId="78C7ECF4" w14:textId="77777777" w:rsidR="007670CA" w:rsidRDefault="00000000">
      <w:r>
        <w:t>Wynik oceny formalnej: ☐ pozytywny   ☐ do uzupełnienia   ☐ negatywny</w:t>
      </w:r>
    </w:p>
    <w:p w14:paraId="28DA3850" w14:textId="77777777" w:rsidR="007670CA" w:rsidRDefault="00000000">
      <w:pPr>
        <w:pStyle w:val="Nagwek1"/>
      </w:pPr>
      <w:r>
        <w:t>B. Ocena merytoryczna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60"/>
        <w:gridCol w:w="1866"/>
        <w:gridCol w:w="1904"/>
        <w:gridCol w:w="1924"/>
        <w:gridCol w:w="1908"/>
      </w:tblGrid>
      <w:tr w:rsidR="007670CA" w14:paraId="1FFCA1EE" w14:textId="77777777">
        <w:trPr>
          <w:cantSplit/>
          <w:tblHeader/>
          <w:jc w:val="center"/>
        </w:trPr>
        <w:tc>
          <w:tcPr>
            <w:tcW w:w="199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6AF2FA6" w14:textId="77777777" w:rsidR="007670CA" w:rsidRDefault="00000000">
            <w:r>
              <w:rPr>
                <w:sz w:val="17"/>
              </w:rPr>
              <w:t>Kryterium</w:t>
            </w:r>
          </w:p>
        </w:tc>
        <w:tc>
          <w:tcPr>
            <w:tcW w:w="199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9C3E44D" w14:textId="77777777" w:rsidR="007670CA" w:rsidRDefault="00000000">
            <w:r>
              <w:rPr>
                <w:sz w:val="17"/>
              </w:rPr>
              <w:t>Max</w:t>
            </w:r>
          </w:p>
        </w:tc>
        <w:tc>
          <w:tcPr>
            <w:tcW w:w="199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B1A0E28" w14:textId="77777777" w:rsidR="007670CA" w:rsidRDefault="00000000">
            <w:r>
              <w:rPr>
                <w:sz w:val="17"/>
              </w:rPr>
              <w:t>Przyznano</w:t>
            </w:r>
          </w:p>
        </w:tc>
        <w:tc>
          <w:tcPr>
            <w:tcW w:w="199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19DC025" w14:textId="77777777" w:rsidR="007670CA" w:rsidRDefault="00000000">
            <w:r>
              <w:rPr>
                <w:sz w:val="17"/>
              </w:rPr>
              <w:t>Uzasadnienie</w:t>
            </w:r>
          </w:p>
        </w:tc>
        <w:tc>
          <w:tcPr>
            <w:tcW w:w="199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BE0F3FB" w14:textId="77777777" w:rsidR="007670CA" w:rsidRDefault="00000000">
            <w:r>
              <w:rPr>
                <w:sz w:val="17"/>
              </w:rPr>
              <w:t>Źródło w formularzu</w:t>
            </w:r>
          </w:p>
        </w:tc>
      </w:tr>
      <w:tr w:rsidR="007670CA" w14:paraId="0349F2F4" w14:textId="77777777">
        <w:trPr>
          <w:cantSplit/>
          <w:jc w:val="center"/>
        </w:trPr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9DCD9DA" w14:textId="77777777" w:rsidR="007670CA" w:rsidRDefault="00000000">
            <w:r>
              <w:rPr>
                <w:sz w:val="17"/>
              </w:rPr>
              <w:t>1. Zgodność działalności z celami partnerstwa</w:t>
            </w:r>
          </w:p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89E4CBB" w14:textId="77777777" w:rsidR="007670CA" w:rsidRDefault="00000000">
            <w:r>
              <w:rPr>
                <w:sz w:val="17"/>
              </w:rPr>
              <w:t>20</w:t>
            </w:r>
          </w:p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BF2A3DD" w14:textId="77777777" w:rsidR="007670CA" w:rsidRDefault="007670CA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685076A" w14:textId="77777777" w:rsidR="007670CA" w:rsidRDefault="007670CA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87A34D6" w14:textId="77777777" w:rsidR="007670CA" w:rsidRDefault="00000000">
            <w:r>
              <w:rPr>
                <w:sz w:val="17"/>
              </w:rPr>
              <w:t>III</w:t>
            </w:r>
          </w:p>
        </w:tc>
      </w:tr>
      <w:tr w:rsidR="007670CA" w14:paraId="36471802" w14:textId="77777777">
        <w:trPr>
          <w:cantSplit/>
          <w:jc w:val="center"/>
        </w:trPr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6FA1BD5" w14:textId="77777777" w:rsidR="007670CA" w:rsidRDefault="00000000">
            <w:r>
              <w:rPr>
                <w:sz w:val="17"/>
              </w:rPr>
              <w:t>2. Deklarowany wkład w realizację celu partnerstwa</w:t>
            </w:r>
          </w:p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40AA622" w14:textId="77777777" w:rsidR="007670CA" w:rsidRDefault="00000000">
            <w:r>
              <w:rPr>
                <w:sz w:val="17"/>
              </w:rPr>
              <w:t>25</w:t>
            </w:r>
          </w:p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794121D" w14:textId="77777777" w:rsidR="007670CA" w:rsidRDefault="007670CA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6879901" w14:textId="77777777" w:rsidR="007670CA" w:rsidRDefault="007670CA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B05BD97" w14:textId="77777777" w:rsidR="007670CA" w:rsidRDefault="00000000">
            <w:r>
              <w:rPr>
                <w:sz w:val="17"/>
              </w:rPr>
              <w:t>VI–VII</w:t>
            </w:r>
          </w:p>
        </w:tc>
      </w:tr>
      <w:tr w:rsidR="007670CA" w14:paraId="289B0C89" w14:textId="77777777">
        <w:trPr>
          <w:cantSplit/>
          <w:jc w:val="center"/>
        </w:trPr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070C982" w14:textId="77777777" w:rsidR="007670CA" w:rsidRDefault="00000000">
            <w:r>
              <w:rPr>
                <w:sz w:val="17"/>
              </w:rPr>
              <w:t>3. Doświadczenie w projektach/przedsięwzięciach o podobnym charakterze</w:t>
            </w:r>
          </w:p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1EF76B0" w14:textId="77777777" w:rsidR="007670CA" w:rsidRDefault="00000000">
            <w:r>
              <w:rPr>
                <w:sz w:val="17"/>
              </w:rPr>
              <w:t>20</w:t>
            </w:r>
          </w:p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AA91E72" w14:textId="77777777" w:rsidR="007670CA" w:rsidRDefault="007670CA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501D375" w14:textId="77777777" w:rsidR="007670CA" w:rsidRDefault="007670CA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219F364" w14:textId="77777777" w:rsidR="007670CA" w:rsidRDefault="00000000">
            <w:r>
              <w:rPr>
                <w:sz w:val="17"/>
              </w:rPr>
              <w:t>IV</w:t>
            </w:r>
          </w:p>
        </w:tc>
      </w:tr>
      <w:tr w:rsidR="007670CA" w14:paraId="5A044628" w14:textId="77777777">
        <w:trPr>
          <w:cantSplit/>
          <w:jc w:val="center"/>
        </w:trPr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F3CA900" w14:textId="77777777" w:rsidR="007670CA" w:rsidRDefault="00000000">
            <w:r>
              <w:rPr>
                <w:sz w:val="17"/>
              </w:rPr>
              <w:t>4. Doświadczenie w usługach społecznych i pracy z grupą docelową</w:t>
            </w:r>
          </w:p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52C5EE9" w14:textId="77777777" w:rsidR="007670CA" w:rsidRDefault="00000000">
            <w:r>
              <w:rPr>
                <w:sz w:val="17"/>
              </w:rPr>
              <w:t>15</w:t>
            </w:r>
          </w:p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241D86E" w14:textId="77777777" w:rsidR="007670CA" w:rsidRDefault="007670CA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318A7E3" w14:textId="77777777" w:rsidR="007670CA" w:rsidRDefault="007670CA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3ED8496" w14:textId="77777777" w:rsidR="007670CA" w:rsidRDefault="00000000">
            <w:r>
              <w:rPr>
                <w:sz w:val="17"/>
              </w:rPr>
              <w:t>V</w:t>
            </w:r>
          </w:p>
        </w:tc>
      </w:tr>
      <w:tr w:rsidR="007670CA" w14:paraId="4FD26411" w14:textId="77777777">
        <w:trPr>
          <w:cantSplit/>
          <w:jc w:val="center"/>
        </w:trPr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1045A4C" w14:textId="77777777" w:rsidR="007670CA" w:rsidRDefault="00000000">
            <w:r>
              <w:rPr>
                <w:sz w:val="17"/>
              </w:rPr>
              <w:t>5. Potencjał kadrowy</w:t>
            </w:r>
          </w:p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F0919C8" w14:textId="77777777" w:rsidR="007670CA" w:rsidRDefault="00000000">
            <w:r>
              <w:rPr>
                <w:sz w:val="17"/>
              </w:rPr>
              <w:t>10</w:t>
            </w:r>
          </w:p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B2EF762" w14:textId="77777777" w:rsidR="007670CA" w:rsidRDefault="007670CA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3D52964" w14:textId="77777777" w:rsidR="007670CA" w:rsidRDefault="007670CA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A1C368" w14:textId="77777777" w:rsidR="007670CA" w:rsidRDefault="00000000">
            <w:r>
              <w:rPr>
                <w:sz w:val="17"/>
              </w:rPr>
              <w:t>VIII</w:t>
            </w:r>
          </w:p>
        </w:tc>
      </w:tr>
      <w:tr w:rsidR="007670CA" w14:paraId="28331A7A" w14:textId="77777777">
        <w:trPr>
          <w:cantSplit/>
          <w:jc w:val="center"/>
        </w:trPr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555C09C" w14:textId="77777777" w:rsidR="007670CA" w:rsidRDefault="00000000">
            <w:r>
              <w:rPr>
                <w:sz w:val="17"/>
              </w:rPr>
              <w:t>6. Potencjał organizacyjny i techniczny</w:t>
            </w:r>
          </w:p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5CAF1BE" w14:textId="77777777" w:rsidR="007670CA" w:rsidRDefault="00000000">
            <w:r>
              <w:rPr>
                <w:sz w:val="17"/>
              </w:rPr>
              <w:t>10</w:t>
            </w:r>
          </w:p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5A8F464" w14:textId="77777777" w:rsidR="007670CA" w:rsidRDefault="007670CA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DB48F86" w14:textId="77777777" w:rsidR="007670CA" w:rsidRDefault="007670CA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2F2D070" w14:textId="77777777" w:rsidR="007670CA" w:rsidRDefault="00000000">
            <w:r>
              <w:rPr>
                <w:sz w:val="17"/>
              </w:rPr>
              <w:t>IX</w:t>
            </w:r>
          </w:p>
        </w:tc>
      </w:tr>
    </w:tbl>
    <w:p w14:paraId="4B8B803A" w14:textId="77777777" w:rsidR="007670CA" w:rsidRDefault="00000000">
      <w:r>
        <w:t>SUMA: ______ / 100 pkt</w:t>
      </w:r>
    </w:p>
    <w:p w14:paraId="41C31CF8" w14:textId="77777777" w:rsidR="007670CA" w:rsidRDefault="00000000">
      <w:r>
        <w:lastRenderedPageBreak/>
        <w:t>Próg rekomendacji: minimum 60 pkt. Ocena: ☐ rekomenduję   ☐ nie rekomenduję</w:t>
      </w:r>
    </w:p>
    <w:p w14:paraId="753B1F25" w14:textId="77777777" w:rsidR="007670CA" w:rsidRDefault="00000000">
      <w:pPr>
        <w:pStyle w:val="Nagwek1"/>
      </w:pPr>
      <w:r>
        <w:t>C. Wskazówki punktowe dla Komisji</w:t>
      </w:r>
    </w:p>
    <w:p w14:paraId="7826D276" w14:textId="77777777" w:rsidR="007670CA" w:rsidRDefault="00000000">
      <w:r>
        <w:t>Dla każdego kryterium Komisja powinna oceniać kompletność, adekwatność, wiarygodność i realność informacji. Nie należy premiować samej deklaracji bez wskazania sposobu jej wykorzystania w projekcie. Punkty powinny wynikać z treści zgłoszenia, a uzasadnienie musi pozwalać odtworzyć tok oceny.</w:t>
      </w:r>
    </w:p>
    <w:p w14:paraId="0464FB2C" w14:textId="77777777" w:rsidR="007670CA" w:rsidRDefault="00000000">
      <w:pPr>
        <w:pStyle w:val="Nagwek1"/>
      </w:pPr>
      <w:r>
        <w:t>D. Rozstrzygnięcie remisu</w:t>
      </w:r>
    </w:p>
    <w:p w14:paraId="310475AA" w14:textId="77777777" w:rsidR="007670CA" w:rsidRDefault="00000000">
      <w:r>
        <w:t>W przypadku równej liczby punktów pierwszeństwo ma kandydat z wyższą punktacją kolejno w kryteriach: 2 (wkład), 3 (podobne doświadczenie), 1 (zgodność z celami).</w:t>
      </w:r>
    </w:p>
    <w:p w14:paraId="1322DAD2" w14:textId="77777777" w:rsidR="007670CA" w:rsidRDefault="00000000">
      <w:r>
        <w:br/>
        <w:t>Imię i nazwisko oceniającego: ______________________________</w:t>
      </w:r>
      <w:r>
        <w:br/>
        <w:t>Data: __________________  Podpis: ___________________________</w:t>
      </w:r>
    </w:p>
    <w:sectPr w:rsidR="007670CA" w:rsidSect="00034616">
      <w:footerReference w:type="default" r:id="rId8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112A5" w14:textId="77777777" w:rsidR="00FD4735" w:rsidRDefault="00FD4735">
      <w:pPr>
        <w:spacing w:after="0" w:line="240" w:lineRule="auto"/>
      </w:pPr>
      <w:r>
        <w:separator/>
      </w:r>
    </w:p>
  </w:endnote>
  <w:endnote w:type="continuationSeparator" w:id="0">
    <w:p w14:paraId="10674828" w14:textId="77777777" w:rsidR="00FD4735" w:rsidRDefault="00FD4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8A476" w14:textId="6B7B4CF7" w:rsidR="007670CA" w:rsidRDefault="00000000">
    <w:pPr>
      <w:pStyle w:val="Stopka"/>
      <w:jc w:val="center"/>
    </w:pPr>
    <w:r>
      <w:rPr>
        <w:sz w:val="16"/>
      </w:rPr>
      <w:t>FEWP.06.13-IZ.00-003/26 Fundacj</w:t>
    </w:r>
    <w:r w:rsidR="00B850D0">
      <w:rPr>
        <w:sz w:val="16"/>
      </w:rPr>
      <w:t>a</w:t>
    </w:r>
    <w:r>
      <w:rPr>
        <w:sz w:val="16"/>
      </w:rPr>
      <w:t xml:space="preserve"> „Więcej z </w:t>
    </w:r>
    <w:proofErr w:type="spellStart"/>
    <w:r>
      <w:rPr>
        <w:sz w:val="16"/>
      </w:rPr>
      <w:t>Życia</w:t>
    </w:r>
    <w:proofErr w:type="spellEnd"/>
    <w:r>
      <w:rPr>
        <w:sz w:val="16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480D8" w14:textId="77777777" w:rsidR="00FD4735" w:rsidRDefault="00FD4735">
      <w:pPr>
        <w:spacing w:after="0" w:line="240" w:lineRule="auto"/>
      </w:pPr>
      <w:r>
        <w:separator/>
      </w:r>
    </w:p>
  </w:footnote>
  <w:footnote w:type="continuationSeparator" w:id="0">
    <w:p w14:paraId="03CB9A6E" w14:textId="77777777" w:rsidR="00FD4735" w:rsidRDefault="00FD4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23577023">
    <w:abstractNumId w:val="8"/>
  </w:num>
  <w:num w:numId="2" w16cid:durableId="642274423">
    <w:abstractNumId w:val="6"/>
  </w:num>
  <w:num w:numId="3" w16cid:durableId="602153031">
    <w:abstractNumId w:val="5"/>
  </w:num>
  <w:num w:numId="4" w16cid:durableId="317850334">
    <w:abstractNumId w:val="4"/>
  </w:num>
  <w:num w:numId="5" w16cid:durableId="2071148928">
    <w:abstractNumId w:val="7"/>
  </w:num>
  <w:num w:numId="6" w16cid:durableId="1378893087">
    <w:abstractNumId w:val="3"/>
  </w:num>
  <w:num w:numId="7" w16cid:durableId="2126580391">
    <w:abstractNumId w:val="2"/>
  </w:num>
  <w:num w:numId="8" w16cid:durableId="1775323750">
    <w:abstractNumId w:val="1"/>
  </w:num>
  <w:num w:numId="9" w16cid:durableId="433748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17B"/>
    <w:rsid w:val="00034616"/>
    <w:rsid w:val="0006063C"/>
    <w:rsid w:val="0015074B"/>
    <w:rsid w:val="0029639D"/>
    <w:rsid w:val="00326F90"/>
    <w:rsid w:val="007670CA"/>
    <w:rsid w:val="00AA1D8D"/>
    <w:rsid w:val="00B47730"/>
    <w:rsid w:val="00B850D0"/>
    <w:rsid w:val="00CB0664"/>
    <w:rsid w:val="00FC693F"/>
    <w:rsid w:val="00FD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A37575"/>
  <w14:defaultImageDpi w14:val="300"/>
  <w15:docId w15:val="{C9E3B98C-8828-4523-B546-6923F6443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rPr>
      <w:rFonts w:ascii="Aptos" w:hAnsi="Aptos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Robert Lorczyk</cp:lastModifiedBy>
  <cp:revision>2</cp:revision>
  <dcterms:created xsi:type="dcterms:W3CDTF">2026-08-07T11:02:00Z</dcterms:created>
  <dcterms:modified xsi:type="dcterms:W3CDTF">2026-08-07T11:02:00Z</dcterms:modified>
  <cp:category/>
</cp:coreProperties>
</file>